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632CB" w14:textId="0A03A09D" w:rsidR="00680001" w:rsidRDefault="00BF37F2" w:rsidP="00680001">
      <w:pPr>
        <w:spacing w:before="40" w:after="100"/>
        <w:jc w:val="center"/>
        <w:rPr>
          <w:rFonts w:eastAsia="Arial"/>
          <w:b/>
          <w:color w:val="0B1420"/>
          <w:sz w:val="38"/>
        </w:rPr>
      </w:pPr>
      <w:r>
        <w:rPr>
          <w:rFonts w:eastAsia="Arial"/>
          <w:b/>
          <w:noProof/>
          <w:color w:val="0B1420"/>
          <w:sz w:val="38"/>
        </w:rPr>
        <w:drawing>
          <wp:anchor distT="0" distB="0" distL="114300" distR="114300" simplePos="0" relativeHeight="251659776" behindDoc="1" locked="0" layoutInCell="1" allowOverlap="1" wp14:anchorId="1B34142B" wp14:editId="0E3AFD67">
            <wp:simplePos x="0" y="0"/>
            <wp:positionH relativeFrom="column">
              <wp:posOffset>1029970</wp:posOffset>
            </wp:positionH>
            <wp:positionV relativeFrom="paragraph">
              <wp:posOffset>-445770</wp:posOffset>
            </wp:positionV>
            <wp:extent cx="428508" cy="804545"/>
            <wp:effectExtent l="0" t="0" r="0" b="0"/>
            <wp:wrapNone/>
            <wp:docPr id="1254259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59952" name="Image 1254259952"/>
                    <pic:cNvPicPr/>
                  </pic:nvPicPr>
                  <pic:blipFill>
                    <a:blip r:embed="rId8"/>
                    <a:stretch>
                      <a:fillRect/>
                    </a:stretch>
                  </pic:blipFill>
                  <pic:spPr>
                    <a:xfrm>
                      <a:off x="0" y="0"/>
                      <a:ext cx="428508" cy="804545"/>
                    </a:xfrm>
                    <a:prstGeom prst="rect">
                      <a:avLst/>
                    </a:prstGeom>
                  </pic:spPr>
                </pic:pic>
              </a:graphicData>
            </a:graphic>
            <wp14:sizeRelH relativeFrom="page">
              <wp14:pctWidth>0</wp14:pctWidth>
            </wp14:sizeRelH>
            <wp14:sizeRelV relativeFrom="page">
              <wp14:pctHeight>0</wp14:pctHeight>
            </wp14:sizeRelV>
          </wp:anchor>
        </w:drawing>
      </w:r>
      <w:r>
        <w:rPr>
          <w:rFonts w:eastAsia="Arial"/>
          <w:b/>
          <w:color w:val="0B1420"/>
          <w:sz w:val="38"/>
        </w:rPr>
        <w:t>COMMANDE GROUPÉ</w:t>
      </w:r>
      <w:r w:rsidR="00680001">
        <w:rPr>
          <w:rFonts w:eastAsia="Arial"/>
          <w:b/>
          <w:color w:val="0B1420"/>
          <w:sz w:val="38"/>
        </w:rPr>
        <w:t>E</w:t>
      </w:r>
    </w:p>
    <w:tbl>
      <w:tblPr>
        <w:tblpPr w:leftFromText="141" w:rightFromText="141" w:vertAnchor="page" w:horzAnchor="margin" w:tblpY="1876"/>
        <w:tblW w:w="0" w:type="auto"/>
        <w:tblLayout w:type="fixed"/>
        <w:tblLook w:val="04A0" w:firstRow="1" w:lastRow="0" w:firstColumn="1" w:lastColumn="0" w:noHBand="0" w:noVBand="1"/>
      </w:tblPr>
      <w:tblGrid>
        <w:gridCol w:w="1361"/>
        <w:gridCol w:w="8844"/>
      </w:tblGrid>
      <w:tr w:rsidR="00680001" w14:paraId="3FAA6988" w14:textId="77777777" w:rsidTr="00680001">
        <w:tc>
          <w:tcPr>
            <w:tcW w:w="1361" w:type="dxa"/>
            <w:shd w:val="clear" w:color="auto" w:fill="FF3E3F"/>
            <w:tcMar>
              <w:top w:w="80" w:type="dxa"/>
              <w:left w:w="90" w:type="dxa"/>
              <w:bottom w:w="80" w:type="dxa"/>
              <w:right w:w="90" w:type="dxa"/>
            </w:tcMar>
          </w:tcPr>
          <w:p w14:paraId="74821D4D" w14:textId="77777777" w:rsidR="00680001" w:rsidRDefault="00680001" w:rsidP="00680001">
            <w:pPr>
              <w:jc w:val="center"/>
            </w:pPr>
            <w:r>
              <w:rPr>
                <w:rFonts w:eastAsia="Arial"/>
                <w:b/>
                <w:color w:val="FFFFFF"/>
                <w:sz w:val="20"/>
              </w:rPr>
              <w:t>PARTIE 1</w:t>
            </w:r>
          </w:p>
        </w:tc>
        <w:tc>
          <w:tcPr>
            <w:tcW w:w="8844" w:type="dxa"/>
            <w:shd w:val="clear" w:color="auto" w:fill="0B1420"/>
            <w:tcMar>
              <w:top w:w="80" w:type="dxa"/>
              <w:left w:w="130" w:type="dxa"/>
              <w:bottom w:w="80" w:type="dxa"/>
              <w:right w:w="90" w:type="dxa"/>
            </w:tcMar>
          </w:tcPr>
          <w:p w14:paraId="3EAAF5F4" w14:textId="77777777" w:rsidR="00680001" w:rsidRDefault="00680001" w:rsidP="00680001">
            <w:r>
              <w:rPr>
                <w:rFonts w:eastAsia="Arial"/>
                <w:b/>
                <w:color w:val="FFFFFF"/>
                <w:sz w:val="23"/>
              </w:rPr>
              <w:t>INFORMATIONS GENERALES</w:t>
            </w:r>
          </w:p>
        </w:tc>
      </w:tr>
    </w:tbl>
    <w:p w14:paraId="3BD058F7" w14:textId="381BD481" w:rsidR="00513647" w:rsidRDefault="00513647">
      <w:pPr>
        <w:spacing w:after="0"/>
        <w:rPr>
          <w:rFonts w:eastAsia="Arial"/>
          <w:b/>
          <w:color w:val="0B1420"/>
          <w:sz w:val="38"/>
        </w:rPr>
      </w:pPr>
    </w:p>
    <w:p w14:paraId="435E416E" w14:textId="77777777" w:rsidR="00680001" w:rsidRDefault="00680001">
      <w:pPr>
        <w:spacing w:after="0"/>
      </w:pPr>
    </w:p>
    <w:p w14:paraId="26ECBD6E" w14:textId="77777777" w:rsidR="00680001" w:rsidRDefault="00680001">
      <w:pPr>
        <w:spacing w:after="0"/>
      </w:pPr>
    </w:p>
    <w:p w14:paraId="42F1CA7B" w14:textId="2EF42C15" w:rsidR="00513647" w:rsidRDefault="009622B4" w:rsidP="009622B4">
      <w:pPr>
        <w:pStyle w:val="LCBSubheading"/>
        <w:keepNext/>
        <w:rPr>
          <w:rFonts w:eastAsia="Arial"/>
          <w:color w:val="0B1420"/>
        </w:rPr>
      </w:pPr>
      <w:r w:rsidRPr="009622B4">
        <w:rPr>
          <w:rFonts w:eastAsia="Arial"/>
          <w:bCs/>
          <w:color w:val="FF3E3F"/>
        </w:rPr>
        <w:t>A.</w:t>
      </w:r>
      <w:r>
        <w:rPr>
          <w:rFonts w:eastAsia="Arial"/>
          <w:color w:val="0B1420"/>
        </w:rPr>
        <w:t xml:space="preserve"> PERSONNE RÉFÉRENTE UNIQUE</w:t>
      </w:r>
    </w:p>
    <w:p w14:paraId="27BCB131" w14:textId="77777777" w:rsidR="009622B4" w:rsidRDefault="009622B4" w:rsidP="009622B4">
      <w:pPr>
        <w:pStyle w:val="LCBSubheading"/>
        <w:keepNext/>
      </w:pPr>
    </w:p>
    <w:tbl>
      <w:tblPr>
        <w:tblW w:w="0" w:type="auto"/>
        <w:jc w:val="center"/>
        <w:tblLook w:val="04A0" w:firstRow="1" w:lastRow="0" w:firstColumn="1" w:lastColumn="0" w:noHBand="0" w:noVBand="1"/>
      </w:tblPr>
      <w:tblGrid>
        <w:gridCol w:w="10262"/>
      </w:tblGrid>
      <w:tr w:rsidR="00513647" w14:paraId="619ACEB0" w14:textId="77777777">
        <w:trPr>
          <w:jc w:val="center"/>
        </w:trPr>
        <w:tc>
          <w:tcPr>
            <w:tcW w:w="10262" w:type="dxa"/>
            <w:tcBorders>
              <w:top w:val="single" w:sz="12" w:space="0" w:color="FF3E3F"/>
              <w:left w:val="single" w:sz="12" w:space="0" w:color="FF3E3F"/>
              <w:bottom w:val="single" w:sz="12" w:space="0" w:color="FF3E3F"/>
              <w:right w:val="single" w:sz="12" w:space="0" w:color="FF3E3F"/>
            </w:tcBorders>
            <w:shd w:val="clear" w:color="auto" w:fill="FFF0F0"/>
            <w:tcMar>
              <w:top w:w="85" w:type="dxa"/>
              <w:left w:w="135" w:type="dxa"/>
              <w:bottom w:w="85" w:type="dxa"/>
              <w:right w:w="135" w:type="dxa"/>
            </w:tcMar>
          </w:tcPr>
          <w:p w14:paraId="50F1A6DA" w14:textId="7CE3AB17" w:rsidR="00513647" w:rsidRDefault="00000000" w:rsidP="009622B4">
            <w:pPr>
              <w:jc w:val="center"/>
            </w:pPr>
            <w:r>
              <w:rPr>
                <w:rFonts w:eastAsia="Arial"/>
                <w:b/>
                <w:color w:val="0B1420"/>
                <w:sz w:val="17"/>
              </w:rPr>
              <w:t>Une seule personne référente doit être désignée pour l’ensemble de la commande groupée.</w:t>
            </w:r>
            <w:r>
              <w:rPr>
                <w:rFonts w:eastAsia="Arial"/>
                <w:color w:val="0B1420"/>
                <w:sz w:val="17"/>
              </w:rPr>
              <w:t xml:space="preserve"> Cette personne sera l’unique interlocutrice de La Centrale Bois. Elle sera chargée de centraliser les informations des différents participants, de transmettre le formulaire complété, de recevoir la proposition tarifaire et de communiquer avec les autres clients jusqu’à la validation de la commande et de la livraison.</w:t>
            </w:r>
          </w:p>
        </w:tc>
      </w:tr>
    </w:tbl>
    <w:tbl>
      <w:tblPr>
        <w:tblW w:w="0" w:type="auto"/>
        <w:jc w:val="center"/>
        <w:tblLayout w:type="fixed"/>
        <w:tblLook w:val="04A0" w:firstRow="1" w:lastRow="0" w:firstColumn="1" w:lastColumn="0" w:noHBand="0" w:noVBand="1"/>
      </w:tblPr>
      <w:tblGrid>
        <w:gridCol w:w="3800"/>
        <w:gridCol w:w="6405"/>
      </w:tblGrid>
      <w:tr w:rsidR="00513647" w14:paraId="50333704" w14:textId="77777777" w:rsidTr="00BF37F2">
        <w:trPr>
          <w:cantSplit/>
          <w:jc w:val="center"/>
        </w:trPr>
        <w:tc>
          <w:tcPr>
            <w:tcW w:w="3800"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0AF81972" w14:textId="7C512B1B" w:rsidR="00513647" w:rsidRDefault="00000000">
            <w:r>
              <w:rPr>
                <w:rFonts w:eastAsia="Arial"/>
                <w:b/>
                <w:color w:val="0B1420"/>
              </w:rPr>
              <w:t xml:space="preserve">Nom et prénom de la personne </w:t>
            </w:r>
            <w:r w:rsidR="00BF37F2">
              <w:rPr>
                <w:rFonts w:eastAsia="Arial"/>
                <w:b/>
                <w:color w:val="0B1420"/>
              </w:rPr>
              <w:t>référente:</w:t>
            </w:r>
          </w:p>
        </w:tc>
        <w:tc>
          <w:tcPr>
            <w:tcW w:w="6405"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6AF4E648" w14:textId="77777777" w:rsidR="00513647" w:rsidRDefault="00000000">
            <w:pPr>
              <w:spacing w:after="0"/>
            </w:pPr>
            <w:sdt>
              <w:sdtPr>
                <w:alias w:val="REF_1"/>
                <w:tag w:val="REF_1"/>
                <w:id w:val="1406937171"/>
                <w:showingPlcHdr/>
                <w:text/>
              </w:sdtPr>
              <w:sdtContent>
                <w:r>
                  <w:rPr>
                    <w:i/>
                    <w:color w:val="7A8088"/>
                    <w:sz w:val="16"/>
                  </w:rPr>
                  <w:t>Cliquez ici pour saisir</w:t>
                </w:r>
              </w:sdtContent>
            </w:sdt>
          </w:p>
        </w:tc>
      </w:tr>
      <w:tr w:rsidR="00513647" w14:paraId="48EF3EF2" w14:textId="77777777" w:rsidTr="00BF37F2">
        <w:trPr>
          <w:cantSplit/>
          <w:jc w:val="center"/>
        </w:trPr>
        <w:tc>
          <w:tcPr>
            <w:tcW w:w="3800"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7D26CCB" w14:textId="77777777" w:rsidR="00513647" w:rsidRDefault="00000000">
            <w:r>
              <w:rPr>
                <w:rFonts w:eastAsia="Arial"/>
                <w:b/>
                <w:color w:val="0B1420"/>
              </w:rPr>
              <w:t>Adresse e-mail :</w:t>
            </w:r>
          </w:p>
        </w:tc>
        <w:tc>
          <w:tcPr>
            <w:tcW w:w="6405"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3EA48781" w14:textId="77777777" w:rsidR="00513647" w:rsidRDefault="00000000">
            <w:pPr>
              <w:spacing w:after="0"/>
            </w:pPr>
            <w:sdt>
              <w:sdtPr>
                <w:alias w:val="REF_2"/>
                <w:tag w:val="REF_2"/>
                <w:id w:val="1090655168"/>
                <w:showingPlcHdr/>
                <w:text/>
              </w:sdtPr>
              <w:sdtContent>
                <w:r>
                  <w:rPr>
                    <w:i/>
                    <w:color w:val="7A8088"/>
                    <w:sz w:val="16"/>
                  </w:rPr>
                  <w:t>Cliquez ici pour saisir</w:t>
                </w:r>
              </w:sdtContent>
            </w:sdt>
          </w:p>
        </w:tc>
      </w:tr>
      <w:tr w:rsidR="00513647" w14:paraId="0E27EA50" w14:textId="77777777" w:rsidTr="00BF37F2">
        <w:trPr>
          <w:cantSplit/>
          <w:jc w:val="center"/>
        </w:trPr>
        <w:tc>
          <w:tcPr>
            <w:tcW w:w="3800"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1D4EB703" w14:textId="77777777" w:rsidR="00513647" w:rsidRDefault="00000000">
            <w:r>
              <w:rPr>
                <w:rFonts w:eastAsia="Arial"/>
                <w:b/>
                <w:color w:val="0B1420"/>
              </w:rPr>
              <w:t>Numéro de téléphone portable :</w:t>
            </w:r>
          </w:p>
        </w:tc>
        <w:tc>
          <w:tcPr>
            <w:tcW w:w="6405"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6FCFB38C" w14:textId="77777777" w:rsidR="00513647" w:rsidRDefault="00000000">
            <w:pPr>
              <w:spacing w:after="0"/>
            </w:pPr>
            <w:sdt>
              <w:sdtPr>
                <w:alias w:val="REF_3"/>
                <w:tag w:val="REF_3"/>
                <w:id w:val="890205200"/>
                <w:showingPlcHdr/>
                <w:text/>
              </w:sdtPr>
              <w:sdtContent>
                <w:r>
                  <w:rPr>
                    <w:i/>
                    <w:color w:val="7A8088"/>
                    <w:sz w:val="16"/>
                  </w:rPr>
                  <w:t>Cliquez ici pour saisir</w:t>
                </w:r>
              </w:sdtContent>
            </w:sdt>
          </w:p>
        </w:tc>
      </w:tr>
    </w:tbl>
    <w:p w14:paraId="6F3BCD8B" w14:textId="77777777" w:rsidR="00491BF6" w:rsidRDefault="00491BF6">
      <w:pPr>
        <w:pStyle w:val="LCBSubheading"/>
        <w:keepNext/>
        <w:rPr>
          <w:rFonts w:eastAsia="Arial"/>
          <w:color w:val="FF3E3F"/>
        </w:rPr>
      </w:pPr>
    </w:p>
    <w:p w14:paraId="0087ABB6" w14:textId="77777777" w:rsidR="00491BF6" w:rsidRDefault="00491BF6">
      <w:pPr>
        <w:pStyle w:val="LCBSubheading"/>
        <w:keepNext/>
        <w:rPr>
          <w:rFonts w:eastAsia="Arial"/>
          <w:color w:val="FF3E3F"/>
        </w:rPr>
      </w:pPr>
    </w:p>
    <w:p w14:paraId="16AFFBE6" w14:textId="2C8AB307" w:rsidR="00513647" w:rsidRDefault="00635A04">
      <w:pPr>
        <w:pStyle w:val="LCBSubheading"/>
        <w:keepNext/>
        <w:rPr>
          <w:rFonts w:eastAsia="Arial"/>
          <w:color w:val="0B1420"/>
        </w:rPr>
      </w:pPr>
      <w:r>
        <w:rPr>
          <w:rFonts w:eastAsia="Arial"/>
          <w:color w:val="FF3E3F"/>
        </w:rPr>
        <w:t xml:space="preserve">B. </w:t>
      </w:r>
      <w:r>
        <w:rPr>
          <w:rFonts w:eastAsia="Arial"/>
          <w:color w:val="0B1420"/>
        </w:rPr>
        <w:t xml:space="preserve">DATES DE LIVRAISON </w:t>
      </w:r>
      <w:r w:rsidR="00491BF6">
        <w:rPr>
          <w:rFonts w:eastAsia="Arial"/>
          <w:color w:val="0B1420"/>
        </w:rPr>
        <w:t>SOUHAITEES</w:t>
      </w:r>
    </w:p>
    <w:p w14:paraId="3D2AA75C" w14:textId="77777777" w:rsidR="00680001" w:rsidRDefault="00680001">
      <w:pPr>
        <w:pStyle w:val="LCBSubheading"/>
        <w:keepNext/>
      </w:pPr>
    </w:p>
    <w:tbl>
      <w:tblPr>
        <w:tblW w:w="0" w:type="auto"/>
        <w:jc w:val="center"/>
        <w:tblLayout w:type="fixed"/>
        <w:tblLook w:val="04A0" w:firstRow="1" w:lastRow="0" w:firstColumn="1" w:lastColumn="0" w:noHBand="0" w:noVBand="1"/>
      </w:tblPr>
      <w:tblGrid>
        <w:gridCol w:w="3685"/>
        <w:gridCol w:w="6520"/>
      </w:tblGrid>
      <w:tr w:rsidR="00513647" w14:paraId="472FCA60" w14:textId="77777777">
        <w:trPr>
          <w:cantSplit/>
          <w:jc w:val="center"/>
        </w:trPr>
        <w:tc>
          <w:tcPr>
            <w:tcW w:w="3685"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785F5EAC" w14:textId="77C5D317" w:rsidR="00513647" w:rsidRDefault="00000000">
            <w:r>
              <w:rPr>
                <w:rFonts w:eastAsia="Arial"/>
                <w:b/>
                <w:color w:val="0B1420"/>
              </w:rPr>
              <w:t xml:space="preserve">Première date de livraison </w:t>
            </w:r>
            <w:r w:rsidR="00E059BE">
              <w:rPr>
                <w:rFonts w:eastAsia="Arial"/>
                <w:b/>
                <w:color w:val="0B1420"/>
              </w:rPr>
              <w:t>souhaitée</w:t>
            </w:r>
            <w:r>
              <w:rPr>
                <w:rFonts w:eastAsia="Arial"/>
                <w:b/>
                <w:color w:val="0B1420"/>
              </w:rPr>
              <w:t xml:space="preserve"> :</w:t>
            </w:r>
          </w:p>
        </w:tc>
        <w:tc>
          <w:tcPr>
            <w:tcW w:w="652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7DBFEE8E" w14:textId="77777777" w:rsidR="00513647" w:rsidRDefault="00000000">
            <w:pPr>
              <w:spacing w:after="0"/>
            </w:pPr>
            <w:sdt>
              <w:sdtPr>
                <w:alias w:val="DATES_1"/>
                <w:tag w:val="DATES_1"/>
                <w:id w:val="619689165"/>
                <w:showingPlcHdr/>
                <w:text/>
              </w:sdtPr>
              <w:sdtContent>
                <w:r>
                  <w:rPr>
                    <w:i/>
                    <w:color w:val="7A8088"/>
                    <w:sz w:val="16"/>
                  </w:rPr>
                  <w:t>JJ / MM / AAAA</w:t>
                </w:r>
              </w:sdtContent>
            </w:sdt>
          </w:p>
        </w:tc>
      </w:tr>
      <w:tr w:rsidR="00513647" w14:paraId="043ACC81" w14:textId="77777777">
        <w:trPr>
          <w:cantSplit/>
          <w:jc w:val="center"/>
        </w:trPr>
        <w:tc>
          <w:tcPr>
            <w:tcW w:w="3685"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0F73AA68" w14:textId="3AA1C0DB" w:rsidR="00513647" w:rsidRDefault="00000000">
            <w:r>
              <w:rPr>
                <w:rFonts w:eastAsia="Arial"/>
                <w:b/>
                <w:color w:val="0B1420"/>
              </w:rPr>
              <w:t>Deuxième date de livraison</w:t>
            </w:r>
            <w:r w:rsidR="00E059BE">
              <w:rPr>
                <w:rFonts w:eastAsia="Arial"/>
                <w:b/>
                <w:color w:val="0B1420"/>
              </w:rPr>
              <w:t xml:space="preserve"> souhaitée</w:t>
            </w:r>
            <w:r>
              <w:rPr>
                <w:rFonts w:eastAsia="Arial"/>
                <w:b/>
                <w:color w:val="0B1420"/>
              </w:rPr>
              <w:t xml:space="preserve"> :</w:t>
            </w:r>
          </w:p>
        </w:tc>
        <w:tc>
          <w:tcPr>
            <w:tcW w:w="652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635D0FFA" w14:textId="77777777" w:rsidR="00513647" w:rsidRDefault="00000000">
            <w:pPr>
              <w:spacing w:after="0"/>
            </w:pPr>
            <w:sdt>
              <w:sdtPr>
                <w:alias w:val="DATES_2"/>
                <w:tag w:val="DATES_2"/>
                <w:id w:val="1383501025"/>
                <w:showingPlcHdr/>
                <w:text/>
              </w:sdtPr>
              <w:sdtContent>
                <w:r>
                  <w:rPr>
                    <w:i/>
                    <w:color w:val="7A8088"/>
                    <w:sz w:val="16"/>
                  </w:rPr>
                  <w:t>JJ / MM / AAAA</w:t>
                </w:r>
              </w:sdtContent>
            </w:sdt>
          </w:p>
        </w:tc>
      </w:tr>
      <w:tr w:rsidR="00513647" w14:paraId="09A70DD5" w14:textId="77777777">
        <w:trPr>
          <w:cantSplit/>
          <w:jc w:val="center"/>
        </w:trPr>
        <w:tc>
          <w:tcPr>
            <w:tcW w:w="3685"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EC42CCE" w14:textId="0DCAB87C" w:rsidR="00513647" w:rsidRDefault="00000000">
            <w:r>
              <w:rPr>
                <w:rFonts w:eastAsia="Arial"/>
                <w:b/>
                <w:color w:val="0B1420"/>
              </w:rPr>
              <w:t xml:space="preserve">Troisième date de livraison </w:t>
            </w:r>
            <w:r w:rsidR="00E059BE">
              <w:rPr>
                <w:rFonts w:eastAsia="Arial"/>
                <w:b/>
                <w:color w:val="0B1420"/>
              </w:rPr>
              <w:t>souhaitée</w:t>
            </w:r>
            <w:r>
              <w:rPr>
                <w:rFonts w:eastAsia="Arial"/>
                <w:b/>
                <w:color w:val="0B1420"/>
              </w:rPr>
              <w:t xml:space="preserve"> :</w:t>
            </w:r>
          </w:p>
        </w:tc>
        <w:tc>
          <w:tcPr>
            <w:tcW w:w="652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26F7C0AA" w14:textId="77777777" w:rsidR="00513647" w:rsidRDefault="00000000">
            <w:pPr>
              <w:spacing w:after="0"/>
            </w:pPr>
            <w:sdt>
              <w:sdtPr>
                <w:alias w:val="DATES_3"/>
                <w:tag w:val="DATES_3"/>
                <w:id w:val="1783118463"/>
                <w:showingPlcHdr/>
                <w:text/>
              </w:sdtPr>
              <w:sdtContent>
                <w:r>
                  <w:rPr>
                    <w:i/>
                    <w:color w:val="7A8088"/>
                    <w:sz w:val="16"/>
                  </w:rPr>
                  <w:t>JJ / MM / AAAA</w:t>
                </w:r>
              </w:sdtContent>
            </w:sdt>
          </w:p>
        </w:tc>
      </w:tr>
    </w:tbl>
    <w:tbl>
      <w:tblPr>
        <w:tblW w:w="0" w:type="auto"/>
        <w:jc w:val="center"/>
        <w:tblLook w:val="04A0" w:firstRow="1" w:lastRow="0" w:firstColumn="1" w:lastColumn="0" w:noHBand="0" w:noVBand="1"/>
      </w:tblPr>
      <w:tblGrid>
        <w:gridCol w:w="10262"/>
      </w:tblGrid>
      <w:tr w:rsidR="00513647" w14:paraId="34740B6C" w14:textId="77777777">
        <w:trPr>
          <w:jc w:val="center"/>
        </w:trPr>
        <w:tc>
          <w:tcPr>
            <w:tcW w:w="10262" w:type="dxa"/>
            <w:tcBorders>
              <w:top w:val="single" w:sz="12" w:space="0" w:color="D9DEE5"/>
              <w:left w:val="single" w:sz="12" w:space="0" w:color="D9DEE5"/>
              <w:bottom w:val="single" w:sz="12" w:space="0" w:color="D9DEE5"/>
              <w:right w:val="single" w:sz="12" w:space="0" w:color="D9DEE5"/>
            </w:tcBorders>
            <w:shd w:val="clear" w:color="auto" w:fill="F2F5F8"/>
            <w:tcMar>
              <w:top w:w="85" w:type="dxa"/>
              <w:left w:w="135" w:type="dxa"/>
              <w:bottom w:w="85" w:type="dxa"/>
              <w:right w:w="135" w:type="dxa"/>
            </w:tcMar>
          </w:tcPr>
          <w:p w14:paraId="68CA5036" w14:textId="77777777" w:rsidR="00513647" w:rsidRDefault="00000000" w:rsidP="009622B4">
            <w:pPr>
              <w:jc w:val="center"/>
            </w:pPr>
            <w:r>
              <w:rPr>
                <w:rFonts w:eastAsia="Arial"/>
                <w:color w:val="0B1420"/>
                <w:sz w:val="17"/>
              </w:rPr>
              <w:t>Les dates proposées doivent avoir été préalablement vérifiées et convenues entre tous les participants. Une seule date et un seul créneau horaire de livraison seront retenus pour l’ensemble de la commande groupée. Si aucun créneau n’est disponible dans le planning de La Centrale Bois aux dates indiquées, une autre date de livraison pourra être proposée aux participants.</w:t>
            </w:r>
          </w:p>
        </w:tc>
      </w:tr>
    </w:tbl>
    <w:p w14:paraId="6D79FCE0" w14:textId="77777777" w:rsidR="00513647" w:rsidRDefault="00513647">
      <w:pPr>
        <w:spacing w:after="0"/>
      </w:pPr>
    </w:p>
    <w:p w14:paraId="2D08BE61" w14:textId="77777777" w:rsidR="00491BF6" w:rsidRDefault="00491BF6">
      <w:pPr>
        <w:spacing w:after="0"/>
      </w:pPr>
    </w:p>
    <w:p w14:paraId="662FA659" w14:textId="77777777" w:rsidR="00680001" w:rsidRDefault="00680001">
      <w:pPr>
        <w:spacing w:after="0"/>
      </w:pPr>
    </w:p>
    <w:p w14:paraId="1B2C7E75" w14:textId="77777777" w:rsidR="00680001" w:rsidRDefault="00680001">
      <w:pPr>
        <w:spacing w:after="0"/>
      </w:pPr>
    </w:p>
    <w:tbl>
      <w:tblPr>
        <w:tblpPr w:leftFromText="141" w:rightFromText="141" w:vertAnchor="text" w:horzAnchor="margin" w:tblpY="70"/>
        <w:tblW w:w="0" w:type="auto"/>
        <w:tblLayout w:type="fixed"/>
        <w:tblLook w:val="04A0" w:firstRow="1" w:lastRow="0" w:firstColumn="1" w:lastColumn="0" w:noHBand="0" w:noVBand="1"/>
      </w:tblPr>
      <w:tblGrid>
        <w:gridCol w:w="1361"/>
        <w:gridCol w:w="8844"/>
      </w:tblGrid>
      <w:tr w:rsidR="00680001" w14:paraId="2111EF3F" w14:textId="77777777" w:rsidTr="00680001">
        <w:tc>
          <w:tcPr>
            <w:tcW w:w="1361" w:type="dxa"/>
            <w:shd w:val="clear" w:color="auto" w:fill="FF3E3F"/>
            <w:tcMar>
              <w:top w:w="80" w:type="dxa"/>
              <w:left w:w="90" w:type="dxa"/>
              <w:bottom w:w="80" w:type="dxa"/>
              <w:right w:w="90" w:type="dxa"/>
            </w:tcMar>
          </w:tcPr>
          <w:p w14:paraId="63CB4A8B" w14:textId="77777777" w:rsidR="00680001" w:rsidRDefault="00680001" w:rsidP="00680001">
            <w:pPr>
              <w:jc w:val="center"/>
            </w:pPr>
            <w:r>
              <w:rPr>
                <w:rFonts w:eastAsia="Arial"/>
                <w:b/>
                <w:color w:val="FFFFFF"/>
                <w:sz w:val="20"/>
              </w:rPr>
              <w:t>PARTIE 2</w:t>
            </w:r>
          </w:p>
        </w:tc>
        <w:tc>
          <w:tcPr>
            <w:tcW w:w="8844" w:type="dxa"/>
            <w:shd w:val="clear" w:color="auto" w:fill="0B1420"/>
            <w:tcMar>
              <w:top w:w="80" w:type="dxa"/>
              <w:left w:w="130" w:type="dxa"/>
              <w:bottom w:w="80" w:type="dxa"/>
              <w:right w:w="90" w:type="dxa"/>
            </w:tcMar>
          </w:tcPr>
          <w:p w14:paraId="08F7AF6F" w14:textId="77777777" w:rsidR="00680001" w:rsidRDefault="00680001" w:rsidP="00680001">
            <w:r w:rsidRPr="00680001">
              <w:rPr>
                <w:rFonts w:eastAsia="Arial"/>
                <w:b/>
                <w:color w:val="FFFFFF"/>
                <w:sz w:val="23"/>
              </w:rPr>
              <w:t>INFORMATIONS PARTICIPANTS</w:t>
            </w:r>
          </w:p>
        </w:tc>
      </w:tr>
    </w:tbl>
    <w:p w14:paraId="67B0BA80" w14:textId="77777777" w:rsidR="00491BF6" w:rsidRDefault="00491BF6">
      <w:pPr>
        <w:pStyle w:val="LCBSubheading"/>
        <w:keepNext/>
        <w:rPr>
          <w:rFonts w:eastAsia="Arial"/>
          <w:color w:val="FF3E3F"/>
        </w:rPr>
      </w:pPr>
    </w:p>
    <w:p w14:paraId="7BE71149" w14:textId="52C7EB9E" w:rsidR="00513647" w:rsidRDefault="00680001" w:rsidP="00680001">
      <w:pPr>
        <w:pStyle w:val="LCBSubheading"/>
        <w:keepNext/>
        <w:rPr>
          <w:rFonts w:eastAsia="Arial"/>
          <w:color w:val="0B1420"/>
        </w:rPr>
      </w:pPr>
      <w:r w:rsidRPr="00680001">
        <w:rPr>
          <w:rFonts w:eastAsia="Arial"/>
          <w:bCs/>
          <w:color w:val="EE0000"/>
        </w:rPr>
        <w:t>A</w:t>
      </w:r>
      <w:r w:rsidRPr="00680001">
        <w:rPr>
          <w:rFonts w:eastAsia="Arial"/>
          <w:b w:val="0"/>
          <w:color w:val="0B1420"/>
        </w:rPr>
        <w:t>.</w:t>
      </w:r>
      <w:r>
        <w:rPr>
          <w:rFonts w:eastAsia="Arial"/>
          <w:color w:val="0B1420"/>
        </w:rPr>
        <w:t xml:space="preserve"> INFORMATIONS D</w:t>
      </w:r>
      <w:r w:rsidR="0065212D">
        <w:rPr>
          <w:rFonts w:eastAsia="Arial"/>
          <w:color w:val="0B1420"/>
        </w:rPr>
        <w:t>ES</w:t>
      </w:r>
      <w:r>
        <w:rPr>
          <w:rFonts w:eastAsia="Arial"/>
          <w:color w:val="0B1420"/>
        </w:rPr>
        <w:t xml:space="preserve"> PARTICIPANT</w:t>
      </w:r>
      <w:r w:rsidR="0065212D">
        <w:rPr>
          <w:rFonts w:eastAsia="Arial"/>
          <w:color w:val="0B1420"/>
        </w:rPr>
        <w:t>S</w:t>
      </w:r>
    </w:p>
    <w:p w14:paraId="5FBFB6F7" w14:textId="77777777" w:rsidR="0065212D" w:rsidRDefault="0065212D" w:rsidP="0065212D">
      <w:pPr>
        <w:pStyle w:val="LCBSubheading"/>
        <w:keepNext/>
        <w:ind w:left="720"/>
        <w:rPr>
          <w:rFonts w:eastAsia="Arial"/>
          <w:color w:val="0B1420"/>
        </w:rPr>
      </w:pPr>
    </w:p>
    <w:p w14:paraId="75D3F860" w14:textId="3364B33A" w:rsidR="0065212D" w:rsidRDefault="0065212D" w:rsidP="0065212D">
      <w:pPr>
        <w:pStyle w:val="LCBSubheading"/>
        <w:keepNext/>
      </w:pPr>
      <w:r>
        <w:rPr>
          <w:rFonts w:eastAsia="Arial"/>
          <w:color w:val="0B1420"/>
        </w:rPr>
        <w:t>PARTICIPANT 1</w:t>
      </w:r>
    </w:p>
    <w:tbl>
      <w:tblPr>
        <w:tblW w:w="0" w:type="auto"/>
        <w:jc w:val="center"/>
        <w:tblLayout w:type="fixed"/>
        <w:tblLook w:val="04A0" w:firstRow="1" w:lastRow="0" w:firstColumn="1" w:lastColumn="0" w:noHBand="0" w:noVBand="1"/>
      </w:tblPr>
      <w:tblGrid>
        <w:gridCol w:w="3981"/>
        <w:gridCol w:w="6224"/>
      </w:tblGrid>
      <w:tr w:rsidR="00513647" w14:paraId="732E57FF" w14:textId="77777777" w:rsidTr="00491BF6">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6A8F1DB8" w14:textId="609010CD" w:rsidR="00513647" w:rsidRDefault="00000000">
            <w:r>
              <w:rPr>
                <w:rFonts w:eastAsia="Arial"/>
                <w:b/>
                <w:color w:val="0B1420"/>
              </w:rPr>
              <w:t xml:space="preserve">Nom et </w:t>
            </w:r>
            <w:r w:rsidR="0065212D">
              <w:rPr>
                <w:rFonts w:eastAsia="Arial"/>
                <w:b/>
                <w:color w:val="0B1420"/>
              </w:rPr>
              <w:t>prénom:</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0F7413F5" w14:textId="77777777" w:rsidR="00513647" w:rsidRDefault="00000000">
            <w:pPr>
              <w:spacing w:after="0"/>
            </w:pPr>
            <w:sdt>
              <w:sdtPr>
                <w:alias w:val="P1_INFO_1"/>
                <w:tag w:val="P1_INFO_1"/>
                <w:id w:val="749572964"/>
                <w:showingPlcHdr/>
                <w:text/>
              </w:sdtPr>
              <w:sdtContent>
                <w:r>
                  <w:rPr>
                    <w:i/>
                    <w:color w:val="7A8088"/>
                    <w:sz w:val="16"/>
                  </w:rPr>
                  <w:t>Cliquez ici pour saisir</w:t>
                </w:r>
              </w:sdtContent>
            </w:sdt>
          </w:p>
        </w:tc>
      </w:tr>
      <w:tr w:rsidR="00513647" w14:paraId="51100C83" w14:textId="77777777" w:rsidTr="00491BF6">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3F2C21A" w14:textId="77777777" w:rsidR="00513647" w:rsidRDefault="00000000">
            <w:r>
              <w:rPr>
                <w:rFonts w:eastAsia="Arial"/>
                <w:b/>
                <w:color w:val="0B1420"/>
              </w:rPr>
              <w:t>Adresse postale complète :</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230D5203" w14:textId="77777777" w:rsidR="00513647" w:rsidRDefault="00000000">
            <w:pPr>
              <w:spacing w:after="0"/>
            </w:pPr>
            <w:sdt>
              <w:sdtPr>
                <w:alias w:val="P1_INFO_2"/>
                <w:tag w:val="P1_INFO_2"/>
                <w:id w:val="1003537093"/>
                <w:showingPlcHdr/>
                <w:text/>
              </w:sdtPr>
              <w:sdtContent>
                <w:r>
                  <w:rPr>
                    <w:i/>
                    <w:color w:val="7A8088"/>
                    <w:sz w:val="16"/>
                  </w:rPr>
                  <w:t>Cliquez ici pour saisir</w:t>
                </w:r>
              </w:sdtContent>
            </w:sdt>
          </w:p>
        </w:tc>
      </w:tr>
      <w:tr w:rsidR="00513647" w14:paraId="7B2530FB" w14:textId="77777777" w:rsidTr="00491BF6">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8144B5B" w14:textId="0E0D7A3F" w:rsidR="00513647" w:rsidRDefault="00000000">
            <w:r>
              <w:rPr>
                <w:rFonts w:eastAsia="Arial"/>
                <w:b/>
                <w:color w:val="0B1420"/>
              </w:rPr>
              <w:t xml:space="preserve">Adresse </w:t>
            </w:r>
            <w:r w:rsidR="00491BF6">
              <w:rPr>
                <w:rFonts w:eastAsia="Arial"/>
                <w:b/>
                <w:color w:val="0B1420"/>
              </w:rPr>
              <w:t>e-mail:</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1D9BC019" w14:textId="77777777" w:rsidR="00513647" w:rsidRDefault="00000000">
            <w:pPr>
              <w:spacing w:after="0"/>
            </w:pPr>
            <w:sdt>
              <w:sdtPr>
                <w:alias w:val="P1_INFO_5"/>
                <w:tag w:val="P1_INFO_5"/>
                <w:id w:val="793664093"/>
                <w:showingPlcHdr/>
                <w:text/>
              </w:sdtPr>
              <w:sdtContent>
                <w:r>
                  <w:rPr>
                    <w:i/>
                    <w:color w:val="7A8088"/>
                    <w:sz w:val="16"/>
                  </w:rPr>
                  <w:t>Cliquez ici pour saisir</w:t>
                </w:r>
              </w:sdtContent>
            </w:sdt>
          </w:p>
        </w:tc>
      </w:tr>
      <w:tr w:rsidR="00513647" w14:paraId="68043C01" w14:textId="77777777" w:rsidTr="00491BF6">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CD50C56" w14:textId="77777777" w:rsidR="00513647" w:rsidRDefault="00000000">
            <w:r>
              <w:rPr>
                <w:rFonts w:eastAsia="Arial"/>
                <w:b/>
                <w:color w:val="0B1420"/>
              </w:rPr>
              <w:t>Numéro de téléphone portable :</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74472285" w14:textId="77777777" w:rsidR="00513647" w:rsidRDefault="00000000">
            <w:pPr>
              <w:spacing w:after="0"/>
            </w:pPr>
            <w:sdt>
              <w:sdtPr>
                <w:alias w:val="P1_INFO_6"/>
                <w:tag w:val="P1_INFO_6"/>
                <w:id w:val="1046268872"/>
                <w:showingPlcHdr/>
                <w:text/>
              </w:sdtPr>
              <w:sdtContent>
                <w:r>
                  <w:rPr>
                    <w:i/>
                    <w:color w:val="7A8088"/>
                    <w:sz w:val="16"/>
                  </w:rPr>
                  <w:t>Cliquez ici pour saisir</w:t>
                </w:r>
              </w:sdtContent>
            </w:sdt>
          </w:p>
        </w:tc>
      </w:tr>
    </w:tbl>
    <w:p w14:paraId="07BAA7D7" w14:textId="77777777" w:rsidR="00540677" w:rsidRDefault="00540677">
      <w:pPr>
        <w:pStyle w:val="LCBSubheading"/>
        <w:keepNext/>
        <w:rPr>
          <w:rFonts w:eastAsia="Arial"/>
          <w:color w:val="FF3E3F"/>
        </w:rPr>
      </w:pPr>
    </w:p>
    <w:p w14:paraId="268AD64C" w14:textId="77777777" w:rsidR="00680001" w:rsidRDefault="00680001">
      <w:pPr>
        <w:pStyle w:val="LCBSubheading"/>
        <w:keepNext/>
        <w:rPr>
          <w:rFonts w:eastAsia="Arial"/>
          <w:color w:val="FF3E3F"/>
        </w:rPr>
      </w:pPr>
    </w:p>
    <w:p w14:paraId="692A8592" w14:textId="2C3474F8" w:rsidR="0065212D" w:rsidRPr="0065212D" w:rsidRDefault="0065212D">
      <w:pPr>
        <w:pStyle w:val="LCBSubheading"/>
        <w:keepNext/>
        <w:rPr>
          <w:rFonts w:eastAsia="Arial"/>
          <w:color w:val="000000" w:themeColor="text1"/>
        </w:rPr>
      </w:pPr>
      <w:r w:rsidRPr="0065212D">
        <w:rPr>
          <w:rFonts w:eastAsia="Arial"/>
          <w:color w:val="000000" w:themeColor="text1"/>
        </w:rPr>
        <w:t>PARTICIPANT 2</w:t>
      </w:r>
    </w:p>
    <w:tbl>
      <w:tblPr>
        <w:tblW w:w="0" w:type="auto"/>
        <w:jc w:val="center"/>
        <w:tblLayout w:type="fixed"/>
        <w:tblLook w:val="04A0" w:firstRow="1" w:lastRow="0" w:firstColumn="1" w:lastColumn="0" w:noHBand="0" w:noVBand="1"/>
      </w:tblPr>
      <w:tblGrid>
        <w:gridCol w:w="3981"/>
        <w:gridCol w:w="6224"/>
      </w:tblGrid>
      <w:tr w:rsidR="0065212D" w14:paraId="0B802D17"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5267C01D" w14:textId="77777777" w:rsidR="0065212D" w:rsidRDefault="0065212D" w:rsidP="00AD3B07">
            <w:r>
              <w:rPr>
                <w:rFonts w:eastAsia="Arial"/>
                <w:b/>
                <w:color w:val="0B1420"/>
              </w:rPr>
              <w:t>Nom et prénom :</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7141FC7D" w14:textId="77777777" w:rsidR="0065212D" w:rsidRDefault="00000000" w:rsidP="00AD3B07">
            <w:pPr>
              <w:spacing w:after="0"/>
            </w:pPr>
            <w:sdt>
              <w:sdtPr>
                <w:alias w:val="P1_INFO_1"/>
                <w:tag w:val="P1_INFO_1"/>
                <w:id w:val="1083806094"/>
                <w:showingPlcHdr/>
                <w:text/>
              </w:sdtPr>
              <w:sdtContent>
                <w:r w:rsidR="0065212D">
                  <w:rPr>
                    <w:i/>
                    <w:color w:val="7A8088"/>
                    <w:sz w:val="16"/>
                  </w:rPr>
                  <w:t>Cliquez ici pour saisir</w:t>
                </w:r>
              </w:sdtContent>
            </w:sdt>
          </w:p>
        </w:tc>
      </w:tr>
      <w:tr w:rsidR="0065212D" w14:paraId="08C7CBC8"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4F4E9190" w14:textId="771FF1C9" w:rsidR="0065212D" w:rsidRDefault="0065212D" w:rsidP="00AD3B07">
            <w:r>
              <w:rPr>
                <w:rFonts w:eastAsia="Arial"/>
                <w:b/>
                <w:color w:val="0B1420"/>
              </w:rPr>
              <w:t xml:space="preserve">Adresse postale </w:t>
            </w:r>
            <w:r w:rsidR="00680001">
              <w:rPr>
                <w:rFonts w:eastAsia="Arial"/>
                <w:b/>
                <w:color w:val="0B1420"/>
              </w:rPr>
              <w:t>complète:</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143322B9" w14:textId="77777777" w:rsidR="0065212D" w:rsidRDefault="00000000" w:rsidP="00AD3B07">
            <w:pPr>
              <w:spacing w:after="0"/>
            </w:pPr>
            <w:sdt>
              <w:sdtPr>
                <w:alias w:val="P1_INFO_2"/>
                <w:tag w:val="P1_INFO_2"/>
                <w:id w:val="1274053618"/>
                <w:showingPlcHdr/>
                <w:text/>
              </w:sdtPr>
              <w:sdtContent>
                <w:r w:rsidR="0065212D">
                  <w:rPr>
                    <w:i/>
                    <w:color w:val="7A8088"/>
                    <w:sz w:val="16"/>
                  </w:rPr>
                  <w:t>Cliquez ici pour saisir</w:t>
                </w:r>
              </w:sdtContent>
            </w:sdt>
          </w:p>
        </w:tc>
      </w:tr>
      <w:tr w:rsidR="0065212D" w14:paraId="6BCF22E1"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73E17073" w14:textId="77777777" w:rsidR="0065212D" w:rsidRDefault="0065212D" w:rsidP="00AD3B07">
            <w:r>
              <w:rPr>
                <w:rFonts w:eastAsia="Arial"/>
                <w:b/>
                <w:color w:val="0B1420"/>
              </w:rPr>
              <w:t>Adresse e-mail:</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2AA3DFD8" w14:textId="77777777" w:rsidR="0065212D" w:rsidRDefault="00000000" w:rsidP="00AD3B07">
            <w:pPr>
              <w:spacing w:after="0"/>
            </w:pPr>
            <w:sdt>
              <w:sdtPr>
                <w:alias w:val="P1_INFO_5"/>
                <w:tag w:val="P1_INFO_5"/>
                <w:id w:val="922143245"/>
                <w:showingPlcHdr/>
                <w:text/>
              </w:sdtPr>
              <w:sdtContent>
                <w:r w:rsidR="0065212D">
                  <w:rPr>
                    <w:i/>
                    <w:color w:val="7A8088"/>
                    <w:sz w:val="16"/>
                  </w:rPr>
                  <w:t>Cliquez ici pour saisir</w:t>
                </w:r>
              </w:sdtContent>
            </w:sdt>
          </w:p>
        </w:tc>
      </w:tr>
      <w:tr w:rsidR="0065212D" w14:paraId="3A7DFA0B"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047A0189" w14:textId="4AB44B64" w:rsidR="0065212D" w:rsidRDefault="0065212D" w:rsidP="00AD3B07">
            <w:r>
              <w:rPr>
                <w:rFonts w:eastAsia="Arial"/>
                <w:b/>
                <w:color w:val="0B1420"/>
              </w:rPr>
              <w:t xml:space="preserve">Numéro de téléphone </w:t>
            </w:r>
            <w:r w:rsidR="00680001">
              <w:rPr>
                <w:rFonts w:eastAsia="Arial"/>
                <w:b/>
                <w:color w:val="0B1420"/>
              </w:rPr>
              <w:t>portable:</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5799988B" w14:textId="77777777" w:rsidR="0065212D" w:rsidRDefault="00000000" w:rsidP="00AD3B07">
            <w:pPr>
              <w:spacing w:after="0"/>
            </w:pPr>
            <w:sdt>
              <w:sdtPr>
                <w:alias w:val="P1_INFO_6"/>
                <w:tag w:val="P1_INFO_6"/>
                <w:id w:val="-1450305392"/>
                <w:showingPlcHdr/>
                <w:text/>
              </w:sdtPr>
              <w:sdtContent>
                <w:r w:rsidR="0065212D">
                  <w:rPr>
                    <w:i/>
                    <w:color w:val="7A8088"/>
                    <w:sz w:val="16"/>
                  </w:rPr>
                  <w:t>Cliquez ici pour saisir</w:t>
                </w:r>
              </w:sdtContent>
            </w:sdt>
          </w:p>
        </w:tc>
      </w:tr>
    </w:tbl>
    <w:p w14:paraId="0867EC2D" w14:textId="77777777" w:rsidR="0065212D" w:rsidRDefault="0065212D">
      <w:pPr>
        <w:pStyle w:val="LCBSubheading"/>
        <w:keepNext/>
        <w:rPr>
          <w:rFonts w:eastAsia="Arial"/>
          <w:color w:val="FF3E3F"/>
        </w:rPr>
      </w:pPr>
    </w:p>
    <w:p w14:paraId="63244BF3" w14:textId="0EC6AFED" w:rsidR="00680001" w:rsidRPr="00680001" w:rsidRDefault="00680001">
      <w:pPr>
        <w:pStyle w:val="LCBSubheading"/>
        <w:keepNext/>
        <w:rPr>
          <w:rFonts w:eastAsia="Arial"/>
          <w:color w:val="000000" w:themeColor="text1"/>
        </w:rPr>
      </w:pPr>
      <w:r w:rsidRPr="00680001">
        <w:rPr>
          <w:rFonts w:eastAsia="Arial"/>
          <w:color w:val="000000" w:themeColor="text1"/>
        </w:rPr>
        <w:t>PARTICIPANT 3</w:t>
      </w:r>
      <w:r w:rsidR="00383AFC">
        <w:rPr>
          <w:rFonts w:eastAsia="Arial"/>
          <w:color w:val="000000" w:themeColor="text1"/>
        </w:rPr>
        <w:t xml:space="preserve"> </w:t>
      </w:r>
    </w:p>
    <w:tbl>
      <w:tblPr>
        <w:tblW w:w="0" w:type="auto"/>
        <w:jc w:val="center"/>
        <w:tblLayout w:type="fixed"/>
        <w:tblLook w:val="04A0" w:firstRow="1" w:lastRow="0" w:firstColumn="1" w:lastColumn="0" w:noHBand="0" w:noVBand="1"/>
      </w:tblPr>
      <w:tblGrid>
        <w:gridCol w:w="3981"/>
        <w:gridCol w:w="6224"/>
      </w:tblGrid>
      <w:tr w:rsidR="00680001" w14:paraId="71088E61"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14AC79EB" w14:textId="2A34D9D8" w:rsidR="00680001" w:rsidRDefault="00680001" w:rsidP="00AD3B07">
            <w:r>
              <w:rPr>
                <w:rFonts w:eastAsia="Arial"/>
                <w:b/>
                <w:color w:val="0B1420"/>
              </w:rPr>
              <w:t>Nom et prénom:</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37CDE64B" w14:textId="77777777" w:rsidR="00680001" w:rsidRDefault="00000000" w:rsidP="00AD3B07">
            <w:pPr>
              <w:spacing w:after="0"/>
            </w:pPr>
            <w:sdt>
              <w:sdtPr>
                <w:alias w:val="P1_INFO_1"/>
                <w:tag w:val="P1_INFO_1"/>
                <w:id w:val="-1894498627"/>
                <w:showingPlcHdr/>
                <w:text/>
              </w:sdtPr>
              <w:sdtContent>
                <w:r w:rsidR="00680001">
                  <w:rPr>
                    <w:i/>
                    <w:color w:val="7A8088"/>
                    <w:sz w:val="16"/>
                  </w:rPr>
                  <w:t>Cliquez ici pour saisir</w:t>
                </w:r>
              </w:sdtContent>
            </w:sdt>
          </w:p>
        </w:tc>
      </w:tr>
      <w:tr w:rsidR="00680001" w14:paraId="7E239789"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704B15D9" w14:textId="77777777" w:rsidR="00680001" w:rsidRDefault="00680001" w:rsidP="00AD3B07">
            <w:r>
              <w:rPr>
                <w:rFonts w:eastAsia="Arial"/>
                <w:b/>
                <w:color w:val="0B1420"/>
              </w:rPr>
              <w:t>Adresse postale complète:</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0B92145B" w14:textId="77777777" w:rsidR="00680001" w:rsidRDefault="00000000" w:rsidP="00AD3B07">
            <w:pPr>
              <w:spacing w:after="0"/>
            </w:pPr>
            <w:sdt>
              <w:sdtPr>
                <w:alias w:val="P1_INFO_2"/>
                <w:tag w:val="P1_INFO_2"/>
                <w:id w:val="563157029"/>
                <w:showingPlcHdr/>
                <w:text/>
              </w:sdtPr>
              <w:sdtContent>
                <w:r w:rsidR="00680001">
                  <w:rPr>
                    <w:i/>
                    <w:color w:val="7A8088"/>
                    <w:sz w:val="16"/>
                  </w:rPr>
                  <w:t>Cliquez ici pour saisir</w:t>
                </w:r>
              </w:sdtContent>
            </w:sdt>
          </w:p>
        </w:tc>
      </w:tr>
      <w:tr w:rsidR="00680001" w14:paraId="649E7FE8"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3679509E" w14:textId="77777777" w:rsidR="00680001" w:rsidRDefault="00680001" w:rsidP="00AD3B07">
            <w:r>
              <w:rPr>
                <w:rFonts w:eastAsia="Arial"/>
                <w:b/>
                <w:color w:val="0B1420"/>
              </w:rPr>
              <w:t>Adresse e-mail:</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67167BF6" w14:textId="77777777" w:rsidR="00680001" w:rsidRDefault="00000000" w:rsidP="00AD3B07">
            <w:pPr>
              <w:spacing w:after="0"/>
            </w:pPr>
            <w:sdt>
              <w:sdtPr>
                <w:alias w:val="P1_INFO_5"/>
                <w:tag w:val="P1_INFO_5"/>
                <w:id w:val="2121639314"/>
                <w:showingPlcHdr/>
                <w:text/>
              </w:sdtPr>
              <w:sdtContent>
                <w:r w:rsidR="00680001">
                  <w:rPr>
                    <w:i/>
                    <w:color w:val="7A8088"/>
                    <w:sz w:val="16"/>
                  </w:rPr>
                  <w:t>Cliquez ici pour saisir</w:t>
                </w:r>
              </w:sdtContent>
            </w:sdt>
          </w:p>
        </w:tc>
      </w:tr>
      <w:tr w:rsidR="00680001" w14:paraId="320D182F" w14:textId="77777777" w:rsidTr="00AD3B07">
        <w:trPr>
          <w:cantSplit/>
          <w:jc w:val="center"/>
        </w:trPr>
        <w:tc>
          <w:tcPr>
            <w:tcW w:w="3981" w:type="dxa"/>
            <w:tcBorders>
              <w:top w:val="single" w:sz="6" w:space="0" w:color="D9DEE5"/>
              <w:left w:val="single" w:sz="6" w:space="0" w:color="D9DEE5"/>
              <w:bottom w:val="single" w:sz="6" w:space="0" w:color="D9DEE5"/>
              <w:right w:val="single" w:sz="6" w:space="0" w:color="D9DEE5"/>
            </w:tcBorders>
            <w:shd w:val="clear" w:color="auto" w:fill="F2F5F8"/>
            <w:tcMar>
              <w:top w:w="45" w:type="dxa"/>
              <w:left w:w="70" w:type="dxa"/>
              <w:bottom w:w="45" w:type="dxa"/>
              <w:right w:w="70" w:type="dxa"/>
            </w:tcMar>
          </w:tcPr>
          <w:p w14:paraId="2F9DC491" w14:textId="77777777" w:rsidR="00680001" w:rsidRDefault="00680001" w:rsidP="00AD3B07">
            <w:r>
              <w:rPr>
                <w:rFonts w:eastAsia="Arial"/>
                <w:b/>
                <w:color w:val="0B1420"/>
              </w:rPr>
              <w:t>Numéro de téléphone portable:</w:t>
            </w:r>
          </w:p>
        </w:tc>
        <w:tc>
          <w:tcPr>
            <w:tcW w:w="6224"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528ACDFC" w14:textId="77777777" w:rsidR="00680001" w:rsidRDefault="00000000" w:rsidP="00AD3B07">
            <w:pPr>
              <w:spacing w:after="0"/>
            </w:pPr>
            <w:sdt>
              <w:sdtPr>
                <w:alias w:val="P1_INFO_6"/>
                <w:tag w:val="P1_INFO_6"/>
                <w:id w:val="580954931"/>
                <w:showingPlcHdr/>
                <w:text/>
              </w:sdtPr>
              <w:sdtContent>
                <w:r w:rsidR="00680001">
                  <w:rPr>
                    <w:i/>
                    <w:color w:val="7A8088"/>
                    <w:sz w:val="16"/>
                  </w:rPr>
                  <w:t>Cliquez ici pour saisir</w:t>
                </w:r>
              </w:sdtContent>
            </w:sdt>
          </w:p>
        </w:tc>
      </w:tr>
    </w:tbl>
    <w:p w14:paraId="649F1F8D" w14:textId="77777777" w:rsidR="00680001" w:rsidRDefault="00680001">
      <w:pPr>
        <w:pStyle w:val="LCBSubheading"/>
        <w:keepNext/>
        <w:rPr>
          <w:rFonts w:eastAsia="Arial"/>
          <w:color w:val="FF3E3F"/>
        </w:rPr>
      </w:pPr>
    </w:p>
    <w:p w14:paraId="3886A3F7" w14:textId="77777777" w:rsidR="0065212D" w:rsidRDefault="0065212D">
      <w:pPr>
        <w:pStyle w:val="LCBSubheading"/>
        <w:keepNext/>
        <w:rPr>
          <w:rFonts w:eastAsia="Arial"/>
          <w:color w:val="FF3E3F"/>
        </w:rPr>
      </w:pPr>
    </w:p>
    <w:p w14:paraId="503DAD5C" w14:textId="30839004" w:rsidR="00513647" w:rsidRDefault="00000000">
      <w:pPr>
        <w:pStyle w:val="LCBSubheading"/>
        <w:keepNext/>
      </w:pPr>
      <w:r>
        <w:rPr>
          <w:rFonts w:eastAsia="Arial"/>
          <w:color w:val="FF3E3F"/>
        </w:rPr>
        <w:t xml:space="preserve">B. </w:t>
      </w:r>
      <w:r>
        <w:rPr>
          <w:rFonts w:eastAsia="Arial"/>
          <w:color w:val="0B1420"/>
        </w:rPr>
        <w:t>BOIS DE CHAUFFAGE EN VRAC</w:t>
      </w:r>
    </w:p>
    <w:tbl>
      <w:tblPr>
        <w:tblW w:w="0" w:type="auto"/>
        <w:jc w:val="center"/>
        <w:tblLayout w:type="fixed"/>
        <w:tblLook w:val="04A0" w:firstRow="1" w:lastRow="0" w:firstColumn="1" w:lastColumn="0" w:noHBand="0" w:noVBand="1"/>
      </w:tblPr>
      <w:tblGrid>
        <w:gridCol w:w="1693"/>
        <w:gridCol w:w="2268"/>
        <w:gridCol w:w="2127"/>
        <w:gridCol w:w="2127"/>
        <w:gridCol w:w="2127"/>
      </w:tblGrid>
      <w:tr w:rsidR="0065212D" w14:paraId="35F2BE83" w14:textId="7088B39A" w:rsidTr="0065212D">
        <w:trPr>
          <w:tblHeader/>
          <w:jc w:val="center"/>
        </w:trPr>
        <w:tc>
          <w:tcPr>
            <w:tcW w:w="1693"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222E68FA" w14:textId="77777777" w:rsidR="0065212D" w:rsidRDefault="0065212D">
            <w:pPr>
              <w:jc w:val="center"/>
              <w:rPr>
                <w:rFonts w:eastAsia="Arial"/>
                <w:b/>
                <w:color w:val="FFFFFF"/>
                <w:sz w:val="16"/>
              </w:rPr>
            </w:pPr>
            <w:r>
              <w:rPr>
                <w:rFonts w:eastAsia="Arial"/>
                <w:b/>
                <w:color w:val="FFFFFF"/>
                <w:sz w:val="16"/>
              </w:rPr>
              <w:t xml:space="preserve">Longueur </w:t>
            </w:r>
          </w:p>
          <w:p w14:paraId="69308733" w14:textId="7DA79C91" w:rsidR="0065212D" w:rsidRDefault="0065212D">
            <w:pPr>
              <w:jc w:val="center"/>
            </w:pPr>
            <w:r>
              <w:rPr>
                <w:rFonts w:eastAsia="Arial"/>
                <w:b/>
                <w:color w:val="FFFFFF"/>
                <w:sz w:val="16"/>
              </w:rPr>
              <w:t>des bûches</w:t>
            </w:r>
          </w:p>
        </w:tc>
        <w:tc>
          <w:tcPr>
            <w:tcW w:w="2268"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05BF9522" w14:textId="77777777" w:rsidR="0065212D" w:rsidRDefault="0065212D">
            <w:pPr>
              <w:jc w:val="center"/>
            </w:pPr>
            <w:r>
              <w:rPr>
                <w:rFonts w:eastAsia="Arial"/>
                <w:b/>
                <w:color w:val="FFFFFF"/>
                <w:sz w:val="16"/>
              </w:rPr>
              <w:t>Type de bois</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3DCA6985" w14:textId="77777777" w:rsidR="0065212D" w:rsidRDefault="0065212D">
            <w:pPr>
              <w:jc w:val="center"/>
              <w:rPr>
                <w:rFonts w:eastAsia="Arial"/>
                <w:b/>
                <w:color w:val="FFFFFF"/>
                <w:sz w:val="16"/>
              </w:rPr>
            </w:pPr>
            <w:r>
              <w:rPr>
                <w:rFonts w:eastAsia="Arial"/>
                <w:b/>
                <w:color w:val="FFFFFF"/>
                <w:sz w:val="16"/>
              </w:rPr>
              <w:t xml:space="preserve">Quantité souhaitée </w:t>
            </w:r>
          </w:p>
          <w:p w14:paraId="21C8F885" w14:textId="3E6B6FD4" w:rsidR="0065212D" w:rsidRDefault="0065212D">
            <w:pPr>
              <w:jc w:val="center"/>
            </w:pPr>
            <w:r>
              <w:rPr>
                <w:rFonts w:eastAsia="Arial"/>
                <w:b/>
                <w:color w:val="FFFFFF"/>
                <w:sz w:val="16"/>
              </w:rPr>
              <w:t>(stères) – Participant 1</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Pr>
          <w:p w14:paraId="332149F2" w14:textId="77777777" w:rsidR="0065212D" w:rsidRDefault="0065212D" w:rsidP="0065212D">
            <w:pPr>
              <w:jc w:val="center"/>
              <w:rPr>
                <w:rFonts w:eastAsia="Arial"/>
                <w:b/>
                <w:color w:val="FFFFFF"/>
                <w:sz w:val="16"/>
              </w:rPr>
            </w:pPr>
            <w:r>
              <w:rPr>
                <w:rFonts w:eastAsia="Arial"/>
                <w:b/>
                <w:color w:val="FFFFFF"/>
                <w:sz w:val="16"/>
              </w:rPr>
              <w:t xml:space="preserve">Quantité souhaitée </w:t>
            </w:r>
          </w:p>
          <w:p w14:paraId="475F1814" w14:textId="1676B949" w:rsidR="0065212D" w:rsidRDefault="0065212D" w:rsidP="0065212D">
            <w:pPr>
              <w:jc w:val="center"/>
              <w:rPr>
                <w:rFonts w:eastAsia="Arial"/>
                <w:b/>
                <w:color w:val="FFFFFF"/>
                <w:sz w:val="16"/>
              </w:rPr>
            </w:pPr>
            <w:r>
              <w:rPr>
                <w:rFonts w:eastAsia="Arial"/>
                <w:b/>
                <w:color w:val="FFFFFF"/>
                <w:sz w:val="16"/>
              </w:rPr>
              <w:t>(stères) – Participant 2</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Pr>
          <w:p w14:paraId="63AEEB47" w14:textId="77777777" w:rsidR="0065212D" w:rsidRDefault="0065212D" w:rsidP="0065212D">
            <w:pPr>
              <w:jc w:val="center"/>
              <w:rPr>
                <w:rFonts w:eastAsia="Arial"/>
                <w:b/>
                <w:color w:val="FFFFFF"/>
                <w:sz w:val="16"/>
              </w:rPr>
            </w:pPr>
            <w:r>
              <w:rPr>
                <w:rFonts w:eastAsia="Arial"/>
                <w:b/>
                <w:color w:val="FFFFFF"/>
                <w:sz w:val="16"/>
              </w:rPr>
              <w:t xml:space="preserve">Quantité souhaitée </w:t>
            </w:r>
          </w:p>
          <w:p w14:paraId="262B8EDC" w14:textId="5508220E" w:rsidR="0065212D" w:rsidRDefault="0065212D" w:rsidP="0065212D">
            <w:pPr>
              <w:jc w:val="center"/>
              <w:rPr>
                <w:rFonts w:eastAsia="Arial"/>
                <w:b/>
                <w:color w:val="FFFFFF"/>
                <w:sz w:val="16"/>
              </w:rPr>
            </w:pPr>
            <w:r>
              <w:rPr>
                <w:rFonts w:eastAsia="Arial"/>
                <w:b/>
                <w:color w:val="FFFFFF"/>
                <w:sz w:val="16"/>
              </w:rPr>
              <w:t>(stères) – Participant 3</w:t>
            </w:r>
          </w:p>
        </w:tc>
      </w:tr>
      <w:tr w:rsidR="0065212D" w14:paraId="1CB3AAAD" w14:textId="560F015A" w:rsidTr="009622B4">
        <w:trPr>
          <w:cantSplit/>
          <w:jc w:val="center"/>
        </w:trPr>
        <w:tc>
          <w:tcPr>
            <w:tcW w:w="1693" w:type="dxa"/>
            <w:vMerge w:val="restart"/>
            <w:tcBorders>
              <w:top w:val="single" w:sz="6" w:space="0" w:color="D9DEE5"/>
              <w:left w:val="single" w:sz="6" w:space="0" w:color="D9DEE5"/>
              <w:right w:val="single" w:sz="6" w:space="0" w:color="D9DEE5"/>
            </w:tcBorders>
            <w:tcMar>
              <w:top w:w="45" w:type="dxa"/>
              <w:left w:w="70" w:type="dxa"/>
              <w:bottom w:w="45" w:type="dxa"/>
              <w:right w:w="70" w:type="dxa"/>
            </w:tcMar>
          </w:tcPr>
          <w:p w14:paraId="3C838A45" w14:textId="77777777" w:rsidR="0065212D" w:rsidRDefault="0065212D" w:rsidP="0065212D">
            <w:pPr>
              <w:jc w:val="center"/>
            </w:pPr>
            <w:r>
              <w:rPr>
                <w:rFonts w:eastAsia="Arial"/>
                <w:color w:val="0B1420"/>
                <w:sz w:val="17"/>
              </w:rPr>
              <w:t>25 cm</w:t>
            </w:r>
          </w:p>
        </w:tc>
        <w:tc>
          <w:tcPr>
            <w:tcW w:w="2268" w:type="dxa"/>
            <w:tcBorders>
              <w:top w:val="single" w:sz="6" w:space="0" w:color="D9DEE5"/>
              <w:left w:val="single" w:sz="6" w:space="0" w:color="D9DEE5"/>
              <w:bottom w:val="dashed" w:sz="4" w:space="0" w:color="D9DEE5"/>
              <w:right w:val="single" w:sz="6" w:space="0" w:color="D9DEE5"/>
            </w:tcBorders>
            <w:tcMar>
              <w:top w:w="45" w:type="dxa"/>
              <w:left w:w="70" w:type="dxa"/>
              <w:bottom w:w="45" w:type="dxa"/>
              <w:right w:w="70" w:type="dxa"/>
            </w:tcMar>
          </w:tcPr>
          <w:p w14:paraId="1D5C5B60" w14:textId="77777777" w:rsidR="0065212D" w:rsidRDefault="0065212D" w:rsidP="0065212D">
            <w:pPr>
              <w:jc w:val="center"/>
            </w:pPr>
            <w:r>
              <w:rPr>
                <w:rFonts w:eastAsia="Arial"/>
                <w:color w:val="0B1420"/>
                <w:sz w:val="17"/>
              </w:rPr>
              <w:t>Bois sec</w:t>
            </w:r>
          </w:p>
        </w:tc>
        <w:tc>
          <w:tcPr>
            <w:tcW w:w="2127" w:type="dxa"/>
            <w:tcBorders>
              <w:top w:val="single" w:sz="6" w:space="0" w:color="D9DEE5"/>
              <w:left w:val="single" w:sz="6" w:space="0" w:color="D9DEE5"/>
              <w:bottom w:val="dashed" w:sz="4" w:space="0" w:color="D9DEE5"/>
              <w:right w:val="single" w:sz="6" w:space="0" w:color="D9DEE5"/>
            </w:tcBorders>
            <w:tcMar>
              <w:top w:w="45" w:type="dxa"/>
              <w:left w:w="70" w:type="dxa"/>
              <w:bottom w:w="45" w:type="dxa"/>
              <w:right w:w="70" w:type="dxa"/>
            </w:tcMar>
          </w:tcPr>
          <w:p w14:paraId="7B2A3156" w14:textId="77777777" w:rsidR="0065212D" w:rsidRDefault="00000000" w:rsidP="0065212D">
            <w:pPr>
              <w:jc w:val="center"/>
            </w:pPr>
            <w:sdt>
              <w:sdtPr>
                <w:alias w:val="P1_VRAC_1_2"/>
                <w:tag w:val="P1_VRAC_1_2"/>
                <w:id w:val="893658927"/>
                <w:showingPlcHdr/>
                <w:text/>
              </w:sdtPr>
              <w:sdtContent>
                <w:r w:rsidR="0065212D">
                  <w:rPr>
                    <w:i/>
                    <w:color w:val="7A8088"/>
                    <w:sz w:val="16"/>
                  </w:rPr>
                  <w:t>Saisir</w:t>
                </w:r>
              </w:sdtContent>
            </w:sdt>
          </w:p>
        </w:tc>
        <w:tc>
          <w:tcPr>
            <w:tcW w:w="2127" w:type="dxa"/>
            <w:tcBorders>
              <w:top w:val="single" w:sz="6" w:space="0" w:color="D9DEE5"/>
              <w:left w:val="single" w:sz="6" w:space="0" w:color="D9DEE5"/>
              <w:bottom w:val="dashed" w:sz="4" w:space="0" w:color="D9DEE5"/>
              <w:right w:val="single" w:sz="6" w:space="0" w:color="D9DEE5"/>
            </w:tcBorders>
          </w:tcPr>
          <w:p w14:paraId="18B3C31F" w14:textId="14996350" w:rsidR="0065212D" w:rsidRDefault="00000000" w:rsidP="0065212D">
            <w:pPr>
              <w:jc w:val="center"/>
            </w:pPr>
            <w:sdt>
              <w:sdtPr>
                <w:alias w:val="P1_VRAC_1_2"/>
                <w:tag w:val="P1_VRAC_1_2"/>
                <w:id w:val="1468552768"/>
                <w:showingPlcHdr/>
                <w:text/>
              </w:sdtPr>
              <w:sdtContent>
                <w:r w:rsidR="0065212D">
                  <w:rPr>
                    <w:i/>
                    <w:color w:val="7A8088"/>
                    <w:sz w:val="16"/>
                  </w:rPr>
                  <w:t>Saisir</w:t>
                </w:r>
              </w:sdtContent>
            </w:sdt>
          </w:p>
        </w:tc>
        <w:tc>
          <w:tcPr>
            <w:tcW w:w="2127" w:type="dxa"/>
            <w:tcBorders>
              <w:top w:val="single" w:sz="6" w:space="0" w:color="D9DEE5"/>
              <w:left w:val="single" w:sz="6" w:space="0" w:color="D9DEE5"/>
              <w:bottom w:val="dashed" w:sz="4" w:space="0" w:color="D9DEE5"/>
              <w:right w:val="single" w:sz="6" w:space="0" w:color="D9DEE5"/>
            </w:tcBorders>
          </w:tcPr>
          <w:p w14:paraId="4351458B" w14:textId="67239CF1" w:rsidR="0065212D" w:rsidRDefault="00000000" w:rsidP="0065212D">
            <w:pPr>
              <w:jc w:val="center"/>
            </w:pPr>
            <w:sdt>
              <w:sdtPr>
                <w:alias w:val="P1_VRAC_1_2"/>
                <w:tag w:val="P1_VRAC_1_2"/>
                <w:id w:val="1864545233"/>
                <w:showingPlcHdr/>
                <w:text/>
              </w:sdtPr>
              <w:sdtContent>
                <w:r w:rsidR="0065212D">
                  <w:rPr>
                    <w:i/>
                    <w:color w:val="7A8088"/>
                    <w:sz w:val="16"/>
                  </w:rPr>
                  <w:t>Saisir</w:t>
                </w:r>
              </w:sdtContent>
            </w:sdt>
          </w:p>
        </w:tc>
      </w:tr>
      <w:tr w:rsidR="0065212D" w14:paraId="5A7D12C2" w14:textId="49DEEF73" w:rsidTr="009622B4">
        <w:trPr>
          <w:cantSplit/>
          <w:jc w:val="center"/>
        </w:trPr>
        <w:tc>
          <w:tcPr>
            <w:tcW w:w="1693" w:type="dxa"/>
            <w:vMerge/>
            <w:tcBorders>
              <w:left w:val="single" w:sz="6" w:space="0" w:color="D9DEE5"/>
              <w:bottom w:val="single" w:sz="6" w:space="0" w:color="D9DEE5"/>
              <w:right w:val="single" w:sz="4" w:space="0" w:color="D9DEE5"/>
            </w:tcBorders>
            <w:shd w:val="clear" w:color="auto" w:fill="FAFBFC"/>
            <w:tcMar>
              <w:top w:w="45" w:type="dxa"/>
              <w:left w:w="70" w:type="dxa"/>
              <w:bottom w:w="45" w:type="dxa"/>
              <w:right w:w="70" w:type="dxa"/>
            </w:tcMar>
          </w:tcPr>
          <w:p w14:paraId="33A78132" w14:textId="4D051ACD" w:rsidR="0065212D" w:rsidRDefault="0065212D" w:rsidP="0065212D"/>
        </w:tc>
        <w:tc>
          <w:tcPr>
            <w:tcW w:w="2268"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3C14268B" w14:textId="77777777" w:rsidR="0065212D" w:rsidRDefault="0065212D" w:rsidP="0065212D">
            <w:pPr>
              <w:jc w:val="center"/>
            </w:pPr>
            <w:r>
              <w:rPr>
                <w:rFonts w:eastAsia="Arial"/>
                <w:color w:val="0B1420"/>
                <w:sz w:val="17"/>
              </w:rPr>
              <w:t>Bois mi-sec</w:t>
            </w:r>
          </w:p>
        </w:tc>
        <w:tc>
          <w:tcPr>
            <w:tcW w:w="2127"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6C1771FE" w14:textId="77777777" w:rsidR="0065212D" w:rsidRDefault="00000000" w:rsidP="0065212D">
            <w:pPr>
              <w:jc w:val="center"/>
            </w:pPr>
            <w:sdt>
              <w:sdtPr>
                <w:alias w:val="P1_VRAC_2_2"/>
                <w:tag w:val="P1_VRAC_2_2"/>
                <w:id w:val="1706868315"/>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0894FD4D" w14:textId="32795D26" w:rsidR="0065212D" w:rsidRDefault="00000000" w:rsidP="0065212D">
            <w:pPr>
              <w:jc w:val="center"/>
            </w:pPr>
            <w:sdt>
              <w:sdtPr>
                <w:alias w:val="P1_VRAC_2_2"/>
                <w:tag w:val="P1_VRAC_2_2"/>
                <w:id w:val="-1224292230"/>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56C62360" w14:textId="0B3F5305" w:rsidR="0065212D" w:rsidRDefault="00000000" w:rsidP="0065212D">
            <w:pPr>
              <w:jc w:val="center"/>
            </w:pPr>
            <w:sdt>
              <w:sdtPr>
                <w:alias w:val="P1_VRAC_2_2"/>
                <w:tag w:val="P1_VRAC_2_2"/>
                <w:id w:val="-1198465869"/>
                <w:showingPlcHdr/>
                <w:text/>
              </w:sdtPr>
              <w:sdtContent>
                <w:r w:rsidR="0065212D">
                  <w:rPr>
                    <w:i/>
                    <w:color w:val="7A8088"/>
                    <w:sz w:val="16"/>
                  </w:rPr>
                  <w:t>Saisir</w:t>
                </w:r>
              </w:sdtContent>
            </w:sdt>
          </w:p>
        </w:tc>
      </w:tr>
      <w:tr w:rsidR="0065212D" w14:paraId="7FBD2788" w14:textId="0751AEA7" w:rsidTr="009622B4">
        <w:trPr>
          <w:cantSplit/>
          <w:jc w:val="center"/>
        </w:trPr>
        <w:tc>
          <w:tcPr>
            <w:tcW w:w="1693" w:type="dxa"/>
            <w:vMerge w:val="restart"/>
            <w:tcBorders>
              <w:top w:val="single" w:sz="6" w:space="0" w:color="D9DEE5"/>
              <w:left w:val="single" w:sz="6" w:space="0" w:color="D9DEE5"/>
              <w:right w:val="single" w:sz="6" w:space="0" w:color="D9DEE5"/>
            </w:tcBorders>
            <w:tcMar>
              <w:top w:w="45" w:type="dxa"/>
              <w:left w:w="70" w:type="dxa"/>
              <w:bottom w:w="45" w:type="dxa"/>
              <w:right w:w="70" w:type="dxa"/>
            </w:tcMar>
          </w:tcPr>
          <w:p w14:paraId="0B45957D" w14:textId="77777777" w:rsidR="0065212D" w:rsidRDefault="0065212D" w:rsidP="0065212D">
            <w:pPr>
              <w:jc w:val="center"/>
            </w:pPr>
            <w:r>
              <w:rPr>
                <w:rFonts w:eastAsia="Arial"/>
                <w:color w:val="0B1420"/>
                <w:sz w:val="17"/>
              </w:rPr>
              <w:t>33 cm</w:t>
            </w:r>
          </w:p>
        </w:tc>
        <w:tc>
          <w:tcPr>
            <w:tcW w:w="2268"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07849D4D" w14:textId="77777777" w:rsidR="0065212D" w:rsidRDefault="0065212D" w:rsidP="0065212D">
            <w:pPr>
              <w:jc w:val="center"/>
            </w:pPr>
            <w:r>
              <w:rPr>
                <w:rFonts w:eastAsia="Arial"/>
                <w:color w:val="0B1420"/>
                <w:sz w:val="17"/>
              </w:rPr>
              <w:t>Bois sec</w:t>
            </w:r>
          </w:p>
        </w:tc>
        <w:tc>
          <w:tcPr>
            <w:tcW w:w="2127"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059351FE" w14:textId="77777777" w:rsidR="0065212D" w:rsidRDefault="00000000" w:rsidP="0065212D">
            <w:pPr>
              <w:jc w:val="center"/>
            </w:pPr>
            <w:sdt>
              <w:sdtPr>
                <w:alias w:val="P1_VRAC_3_2"/>
                <w:tag w:val="P1_VRAC_3_2"/>
                <w:id w:val="196702774"/>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63A5FB88" w14:textId="7519A51F" w:rsidR="0065212D" w:rsidRDefault="00000000" w:rsidP="0065212D">
            <w:pPr>
              <w:jc w:val="center"/>
            </w:pPr>
            <w:sdt>
              <w:sdtPr>
                <w:alias w:val="P1_VRAC_3_2"/>
                <w:tag w:val="P1_VRAC_3_2"/>
                <w:id w:val="-370305436"/>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71AF7974" w14:textId="74571EC1" w:rsidR="0065212D" w:rsidRDefault="00000000" w:rsidP="0065212D">
            <w:pPr>
              <w:jc w:val="center"/>
            </w:pPr>
            <w:sdt>
              <w:sdtPr>
                <w:alias w:val="P1_VRAC_3_2"/>
                <w:tag w:val="P1_VRAC_3_2"/>
                <w:id w:val="784391479"/>
                <w:showingPlcHdr/>
                <w:text/>
              </w:sdtPr>
              <w:sdtContent>
                <w:r w:rsidR="0065212D">
                  <w:rPr>
                    <w:i/>
                    <w:color w:val="7A8088"/>
                    <w:sz w:val="16"/>
                  </w:rPr>
                  <w:t>Saisir</w:t>
                </w:r>
              </w:sdtContent>
            </w:sdt>
          </w:p>
        </w:tc>
      </w:tr>
      <w:tr w:rsidR="0065212D" w14:paraId="3F654B1A" w14:textId="0BD67339" w:rsidTr="009622B4">
        <w:trPr>
          <w:cantSplit/>
          <w:jc w:val="center"/>
        </w:trPr>
        <w:tc>
          <w:tcPr>
            <w:tcW w:w="1693" w:type="dxa"/>
            <w:vMerge/>
            <w:tcBorders>
              <w:left w:val="single" w:sz="6" w:space="0" w:color="D9DEE5"/>
              <w:bottom w:val="single" w:sz="6" w:space="0" w:color="D9DEE5"/>
              <w:right w:val="single" w:sz="4" w:space="0" w:color="D9DEE5"/>
            </w:tcBorders>
            <w:shd w:val="clear" w:color="auto" w:fill="FAFBFC"/>
            <w:tcMar>
              <w:top w:w="45" w:type="dxa"/>
              <w:left w:w="70" w:type="dxa"/>
              <w:bottom w:w="45" w:type="dxa"/>
              <w:right w:w="70" w:type="dxa"/>
            </w:tcMar>
          </w:tcPr>
          <w:p w14:paraId="16A27755" w14:textId="1C707524" w:rsidR="0065212D" w:rsidRDefault="0065212D" w:rsidP="0065212D"/>
        </w:tc>
        <w:tc>
          <w:tcPr>
            <w:tcW w:w="2268"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71C8B325" w14:textId="77777777" w:rsidR="0065212D" w:rsidRPr="009622B4" w:rsidRDefault="0065212D" w:rsidP="0065212D">
            <w:pPr>
              <w:jc w:val="center"/>
              <w:rPr>
                <w:rFonts w:eastAsia="Arial"/>
                <w:color w:val="0B1420"/>
                <w:sz w:val="17"/>
              </w:rPr>
            </w:pPr>
            <w:r>
              <w:rPr>
                <w:rFonts w:eastAsia="Arial"/>
                <w:color w:val="0B1420"/>
                <w:sz w:val="17"/>
              </w:rPr>
              <w:t>Bois mi-sec</w:t>
            </w:r>
          </w:p>
        </w:tc>
        <w:tc>
          <w:tcPr>
            <w:tcW w:w="2127"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3B8D8648" w14:textId="77777777" w:rsidR="0065212D" w:rsidRDefault="00000000" w:rsidP="0065212D">
            <w:pPr>
              <w:jc w:val="center"/>
            </w:pPr>
            <w:sdt>
              <w:sdtPr>
                <w:alias w:val="P1_VRAC_4_2"/>
                <w:tag w:val="P1_VRAC_4_2"/>
                <w:id w:val="638220062"/>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3D0EFFF0" w14:textId="44778D88" w:rsidR="0065212D" w:rsidRDefault="00000000" w:rsidP="0065212D">
            <w:pPr>
              <w:jc w:val="center"/>
            </w:pPr>
            <w:sdt>
              <w:sdtPr>
                <w:alias w:val="P1_VRAC_4_2"/>
                <w:tag w:val="P1_VRAC_4_2"/>
                <w:id w:val="-406844297"/>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037D76CE" w14:textId="183BB62E" w:rsidR="0065212D" w:rsidRDefault="00000000" w:rsidP="0065212D">
            <w:pPr>
              <w:jc w:val="center"/>
            </w:pPr>
            <w:sdt>
              <w:sdtPr>
                <w:alias w:val="P1_VRAC_4_2"/>
                <w:tag w:val="P1_VRAC_4_2"/>
                <w:id w:val="-1702464134"/>
                <w:showingPlcHdr/>
                <w:text/>
              </w:sdtPr>
              <w:sdtContent>
                <w:r w:rsidR="0065212D">
                  <w:rPr>
                    <w:i/>
                    <w:color w:val="7A8088"/>
                    <w:sz w:val="16"/>
                  </w:rPr>
                  <w:t>Saisir</w:t>
                </w:r>
              </w:sdtContent>
            </w:sdt>
          </w:p>
        </w:tc>
      </w:tr>
      <w:tr w:rsidR="0065212D" w14:paraId="6B9C72EE" w14:textId="56641F53" w:rsidTr="009622B4">
        <w:trPr>
          <w:cantSplit/>
          <w:jc w:val="center"/>
        </w:trPr>
        <w:tc>
          <w:tcPr>
            <w:tcW w:w="1693" w:type="dxa"/>
            <w:vMerge w:val="restart"/>
            <w:tcBorders>
              <w:top w:val="single" w:sz="6" w:space="0" w:color="D9DEE5"/>
              <w:left w:val="single" w:sz="6" w:space="0" w:color="D9DEE5"/>
              <w:right w:val="single" w:sz="6" w:space="0" w:color="D9DEE5"/>
            </w:tcBorders>
            <w:tcMar>
              <w:top w:w="45" w:type="dxa"/>
              <w:left w:w="70" w:type="dxa"/>
              <w:bottom w:w="45" w:type="dxa"/>
              <w:right w:w="70" w:type="dxa"/>
            </w:tcMar>
          </w:tcPr>
          <w:p w14:paraId="2BFF0135" w14:textId="77777777" w:rsidR="0065212D" w:rsidRDefault="0065212D" w:rsidP="0065212D">
            <w:pPr>
              <w:jc w:val="center"/>
            </w:pPr>
            <w:r>
              <w:rPr>
                <w:rFonts w:eastAsia="Arial"/>
                <w:color w:val="0B1420"/>
                <w:sz w:val="17"/>
              </w:rPr>
              <w:t>40 cm</w:t>
            </w:r>
          </w:p>
        </w:tc>
        <w:tc>
          <w:tcPr>
            <w:tcW w:w="2268"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70DE2325" w14:textId="77777777" w:rsidR="0065212D" w:rsidRDefault="0065212D" w:rsidP="0065212D">
            <w:pPr>
              <w:jc w:val="center"/>
            </w:pPr>
            <w:r>
              <w:rPr>
                <w:rFonts w:eastAsia="Arial"/>
                <w:color w:val="0B1420"/>
                <w:sz w:val="17"/>
              </w:rPr>
              <w:t>Bois sec</w:t>
            </w:r>
          </w:p>
        </w:tc>
        <w:tc>
          <w:tcPr>
            <w:tcW w:w="2127"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14F73AEE" w14:textId="77777777" w:rsidR="0065212D" w:rsidRDefault="00000000" w:rsidP="0065212D">
            <w:pPr>
              <w:jc w:val="center"/>
            </w:pPr>
            <w:sdt>
              <w:sdtPr>
                <w:alias w:val="P1_VRAC_5_2"/>
                <w:tag w:val="P1_VRAC_5_2"/>
                <w:id w:val="336055407"/>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5A128F63" w14:textId="72319C44" w:rsidR="0065212D" w:rsidRDefault="00000000" w:rsidP="0065212D">
            <w:pPr>
              <w:jc w:val="center"/>
            </w:pPr>
            <w:sdt>
              <w:sdtPr>
                <w:alias w:val="P1_VRAC_5_2"/>
                <w:tag w:val="P1_VRAC_5_2"/>
                <w:id w:val="1929002623"/>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1513B9CF" w14:textId="7DA249BE" w:rsidR="0065212D" w:rsidRDefault="00000000" w:rsidP="0065212D">
            <w:pPr>
              <w:jc w:val="center"/>
            </w:pPr>
            <w:sdt>
              <w:sdtPr>
                <w:alias w:val="P1_VRAC_5_2"/>
                <w:tag w:val="P1_VRAC_5_2"/>
                <w:id w:val="-1953464800"/>
                <w:showingPlcHdr/>
                <w:text/>
              </w:sdtPr>
              <w:sdtContent>
                <w:r w:rsidR="0065212D">
                  <w:rPr>
                    <w:i/>
                    <w:color w:val="7A8088"/>
                    <w:sz w:val="16"/>
                  </w:rPr>
                  <w:t>Saisir</w:t>
                </w:r>
              </w:sdtContent>
            </w:sdt>
          </w:p>
        </w:tc>
      </w:tr>
      <w:tr w:rsidR="0065212D" w14:paraId="47C69C0C" w14:textId="1D94730D" w:rsidTr="009622B4">
        <w:trPr>
          <w:cantSplit/>
          <w:jc w:val="center"/>
        </w:trPr>
        <w:tc>
          <w:tcPr>
            <w:tcW w:w="1693" w:type="dxa"/>
            <w:vMerge/>
            <w:tcBorders>
              <w:left w:val="single" w:sz="6" w:space="0" w:color="D9DEE5"/>
              <w:bottom w:val="single" w:sz="6" w:space="0" w:color="D9DEE5"/>
              <w:right w:val="single" w:sz="4" w:space="0" w:color="D9DEE5"/>
            </w:tcBorders>
            <w:shd w:val="clear" w:color="auto" w:fill="FAFBFC"/>
            <w:tcMar>
              <w:top w:w="45" w:type="dxa"/>
              <w:left w:w="70" w:type="dxa"/>
              <w:bottom w:w="45" w:type="dxa"/>
              <w:right w:w="70" w:type="dxa"/>
            </w:tcMar>
          </w:tcPr>
          <w:p w14:paraId="6BF216AF" w14:textId="2BA76C9C" w:rsidR="0065212D" w:rsidRDefault="0065212D" w:rsidP="0065212D"/>
        </w:tc>
        <w:tc>
          <w:tcPr>
            <w:tcW w:w="2268"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415D2C17" w14:textId="77777777" w:rsidR="0065212D" w:rsidRDefault="0065212D" w:rsidP="0065212D">
            <w:pPr>
              <w:jc w:val="center"/>
            </w:pPr>
            <w:r>
              <w:rPr>
                <w:rFonts w:eastAsia="Arial"/>
                <w:color w:val="0B1420"/>
                <w:sz w:val="17"/>
              </w:rPr>
              <w:t>Bois mi-sec</w:t>
            </w:r>
          </w:p>
        </w:tc>
        <w:tc>
          <w:tcPr>
            <w:tcW w:w="2127"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2E713337" w14:textId="77777777" w:rsidR="0065212D" w:rsidRDefault="00000000" w:rsidP="0065212D">
            <w:pPr>
              <w:jc w:val="center"/>
            </w:pPr>
            <w:sdt>
              <w:sdtPr>
                <w:alias w:val="P1_VRAC_6_2"/>
                <w:tag w:val="P1_VRAC_6_2"/>
                <w:id w:val="117464946"/>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630E87DF" w14:textId="65FCDC88" w:rsidR="0065212D" w:rsidRDefault="00000000" w:rsidP="0065212D">
            <w:pPr>
              <w:jc w:val="center"/>
            </w:pPr>
            <w:sdt>
              <w:sdtPr>
                <w:alias w:val="P1_VRAC_6_2"/>
                <w:tag w:val="P1_VRAC_6_2"/>
                <w:id w:val="-393732370"/>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3F7F6129" w14:textId="2109EB4E" w:rsidR="0065212D" w:rsidRDefault="00000000" w:rsidP="0065212D">
            <w:pPr>
              <w:jc w:val="center"/>
            </w:pPr>
            <w:sdt>
              <w:sdtPr>
                <w:alias w:val="P1_VRAC_6_2"/>
                <w:tag w:val="P1_VRAC_6_2"/>
                <w:id w:val="-1410918545"/>
                <w:showingPlcHdr/>
                <w:text/>
              </w:sdtPr>
              <w:sdtContent>
                <w:r w:rsidR="0065212D">
                  <w:rPr>
                    <w:i/>
                    <w:color w:val="7A8088"/>
                    <w:sz w:val="16"/>
                  </w:rPr>
                  <w:t>Saisir</w:t>
                </w:r>
              </w:sdtContent>
            </w:sdt>
          </w:p>
        </w:tc>
      </w:tr>
      <w:tr w:rsidR="0065212D" w14:paraId="21635591" w14:textId="05EDBDC9" w:rsidTr="009622B4">
        <w:trPr>
          <w:cantSplit/>
          <w:jc w:val="center"/>
        </w:trPr>
        <w:tc>
          <w:tcPr>
            <w:tcW w:w="1693" w:type="dxa"/>
            <w:vMerge w:val="restart"/>
            <w:tcBorders>
              <w:top w:val="single" w:sz="6" w:space="0" w:color="D9DEE5"/>
              <w:left w:val="single" w:sz="6" w:space="0" w:color="D9DEE5"/>
              <w:right w:val="single" w:sz="6" w:space="0" w:color="D9DEE5"/>
            </w:tcBorders>
            <w:tcMar>
              <w:top w:w="45" w:type="dxa"/>
              <w:left w:w="70" w:type="dxa"/>
              <w:bottom w:w="45" w:type="dxa"/>
              <w:right w:w="70" w:type="dxa"/>
            </w:tcMar>
          </w:tcPr>
          <w:p w14:paraId="295D54BF" w14:textId="77777777" w:rsidR="0065212D" w:rsidRDefault="0065212D" w:rsidP="0065212D">
            <w:pPr>
              <w:jc w:val="center"/>
            </w:pPr>
            <w:r>
              <w:rPr>
                <w:rFonts w:eastAsia="Arial"/>
                <w:color w:val="0B1420"/>
                <w:sz w:val="17"/>
              </w:rPr>
              <w:t>50 cm</w:t>
            </w:r>
          </w:p>
        </w:tc>
        <w:tc>
          <w:tcPr>
            <w:tcW w:w="2268"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7C88FBCC" w14:textId="77777777" w:rsidR="0065212D" w:rsidRDefault="0065212D" w:rsidP="0065212D">
            <w:pPr>
              <w:jc w:val="center"/>
            </w:pPr>
            <w:r>
              <w:rPr>
                <w:rFonts w:eastAsia="Arial"/>
                <w:color w:val="0B1420"/>
                <w:sz w:val="17"/>
              </w:rPr>
              <w:t>Bois sec</w:t>
            </w:r>
          </w:p>
        </w:tc>
        <w:tc>
          <w:tcPr>
            <w:tcW w:w="2127"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2E30CE33" w14:textId="77777777" w:rsidR="0065212D" w:rsidRDefault="00000000" w:rsidP="0065212D">
            <w:pPr>
              <w:jc w:val="center"/>
            </w:pPr>
            <w:sdt>
              <w:sdtPr>
                <w:alias w:val="P1_VRAC_7_2"/>
                <w:tag w:val="P1_VRAC_7_2"/>
                <w:id w:val="1253765139"/>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0C9679B3" w14:textId="3BF1EAFD" w:rsidR="0065212D" w:rsidRDefault="00000000" w:rsidP="0065212D">
            <w:pPr>
              <w:jc w:val="center"/>
            </w:pPr>
            <w:sdt>
              <w:sdtPr>
                <w:alias w:val="P1_VRAC_7_2"/>
                <w:tag w:val="P1_VRAC_7_2"/>
                <w:id w:val="-2075733132"/>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03C78BEB" w14:textId="53327198" w:rsidR="0065212D" w:rsidRDefault="00000000" w:rsidP="0065212D">
            <w:pPr>
              <w:jc w:val="center"/>
            </w:pPr>
            <w:sdt>
              <w:sdtPr>
                <w:alias w:val="P1_VRAC_7_2"/>
                <w:tag w:val="P1_VRAC_7_2"/>
                <w:id w:val="690574582"/>
                <w:showingPlcHdr/>
                <w:text/>
              </w:sdtPr>
              <w:sdtContent>
                <w:r w:rsidR="0065212D">
                  <w:rPr>
                    <w:i/>
                    <w:color w:val="7A8088"/>
                    <w:sz w:val="16"/>
                  </w:rPr>
                  <w:t>Saisir</w:t>
                </w:r>
              </w:sdtContent>
            </w:sdt>
          </w:p>
        </w:tc>
      </w:tr>
      <w:tr w:rsidR="0065212D" w14:paraId="4E2E5737" w14:textId="141E5838" w:rsidTr="009622B4">
        <w:trPr>
          <w:cantSplit/>
          <w:jc w:val="center"/>
        </w:trPr>
        <w:tc>
          <w:tcPr>
            <w:tcW w:w="1693" w:type="dxa"/>
            <w:vMerge/>
            <w:tcBorders>
              <w:left w:val="single" w:sz="6" w:space="0" w:color="D9DEE5"/>
              <w:bottom w:val="single" w:sz="6" w:space="0" w:color="D9DEE5"/>
              <w:right w:val="single" w:sz="4" w:space="0" w:color="D9DEE5"/>
            </w:tcBorders>
            <w:shd w:val="clear" w:color="auto" w:fill="FAFBFC"/>
            <w:tcMar>
              <w:top w:w="45" w:type="dxa"/>
              <w:left w:w="70" w:type="dxa"/>
              <w:bottom w:w="45" w:type="dxa"/>
              <w:right w:w="70" w:type="dxa"/>
            </w:tcMar>
          </w:tcPr>
          <w:p w14:paraId="7AD669BF" w14:textId="78C825FD" w:rsidR="0065212D" w:rsidRDefault="0065212D" w:rsidP="0065212D"/>
        </w:tc>
        <w:tc>
          <w:tcPr>
            <w:tcW w:w="2268"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0EA3CEEF" w14:textId="77777777" w:rsidR="0065212D" w:rsidRDefault="0065212D" w:rsidP="0065212D">
            <w:pPr>
              <w:jc w:val="center"/>
            </w:pPr>
            <w:r>
              <w:rPr>
                <w:rFonts w:eastAsia="Arial"/>
                <w:color w:val="0B1420"/>
                <w:sz w:val="17"/>
              </w:rPr>
              <w:t>Bois mi-sec</w:t>
            </w:r>
          </w:p>
        </w:tc>
        <w:tc>
          <w:tcPr>
            <w:tcW w:w="2127"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3D4654C1" w14:textId="77777777" w:rsidR="0065212D" w:rsidRDefault="00000000" w:rsidP="0065212D">
            <w:pPr>
              <w:jc w:val="center"/>
            </w:pPr>
            <w:sdt>
              <w:sdtPr>
                <w:alias w:val="P1_VRAC_8_2"/>
                <w:tag w:val="P1_VRAC_8_2"/>
                <w:id w:val="45730865"/>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6B2B0986" w14:textId="03AD3BA6" w:rsidR="0065212D" w:rsidRDefault="00000000" w:rsidP="0065212D">
            <w:pPr>
              <w:jc w:val="center"/>
            </w:pPr>
            <w:sdt>
              <w:sdtPr>
                <w:alias w:val="P1_VRAC_8_2"/>
                <w:tag w:val="P1_VRAC_8_2"/>
                <w:id w:val="-1784574063"/>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6D1947D2" w14:textId="444C09A3" w:rsidR="0065212D" w:rsidRDefault="00000000" w:rsidP="0065212D">
            <w:pPr>
              <w:jc w:val="center"/>
            </w:pPr>
            <w:sdt>
              <w:sdtPr>
                <w:alias w:val="P1_VRAC_8_2"/>
                <w:tag w:val="P1_VRAC_8_2"/>
                <w:id w:val="-1569177320"/>
                <w:showingPlcHdr/>
                <w:text/>
              </w:sdtPr>
              <w:sdtContent>
                <w:r w:rsidR="0065212D">
                  <w:rPr>
                    <w:i/>
                    <w:color w:val="7A8088"/>
                    <w:sz w:val="16"/>
                  </w:rPr>
                  <w:t>Saisir</w:t>
                </w:r>
              </w:sdtContent>
            </w:sdt>
          </w:p>
        </w:tc>
      </w:tr>
      <w:tr w:rsidR="0065212D" w14:paraId="4194C337" w14:textId="5F72097C" w:rsidTr="009622B4">
        <w:trPr>
          <w:cantSplit/>
          <w:jc w:val="center"/>
        </w:trPr>
        <w:tc>
          <w:tcPr>
            <w:tcW w:w="1693" w:type="dxa"/>
            <w:vMerge w:val="restart"/>
            <w:tcBorders>
              <w:top w:val="single" w:sz="6" w:space="0" w:color="D9DEE5"/>
              <w:left w:val="single" w:sz="6" w:space="0" w:color="D9DEE5"/>
              <w:right w:val="single" w:sz="6" w:space="0" w:color="D9DEE5"/>
            </w:tcBorders>
            <w:tcMar>
              <w:top w:w="45" w:type="dxa"/>
              <w:left w:w="70" w:type="dxa"/>
              <w:bottom w:w="45" w:type="dxa"/>
              <w:right w:w="70" w:type="dxa"/>
            </w:tcMar>
          </w:tcPr>
          <w:p w14:paraId="62D4B06C" w14:textId="77777777" w:rsidR="0065212D" w:rsidRDefault="0065212D" w:rsidP="0065212D">
            <w:pPr>
              <w:jc w:val="center"/>
            </w:pPr>
            <w:r>
              <w:rPr>
                <w:rFonts w:eastAsia="Arial"/>
                <w:color w:val="0B1420"/>
                <w:sz w:val="17"/>
              </w:rPr>
              <w:t>100 cm</w:t>
            </w:r>
          </w:p>
        </w:tc>
        <w:tc>
          <w:tcPr>
            <w:tcW w:w="2268"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1480F81A" w14:textId="77777777" w:rsidR="0065212D" w:rsidRDefault="0065212D" w:rsidP="0065212D">
            <w:pPr>
              <w:jc w:val="center"/>
            </w:pPr>
            <w:r>
              <w:rPr>
                <w:rFonts w:eastAsia="Arial"/>
                <w:color w:val="0B1420"/>
                <w:sz w:val="17"/>
              </w:rPr>
              <w:t>Bois sec</w:t>
            </w:r>
          </w:p>
        </w:tc>
        <w:tc>
          <w:tcPr>
            <w:tcW w:w="2127" w:type="dxa"/>
            <w:tcBorders>
              <w:top w:val="single" w:sz="4" w:space="0" w:color="D9DEE5"/>
              <w:left w:val="single" w:sz="6" w:space="0" w:color="D9DEE5"/>
              <w:bottom w:val="dashed" w:sz="4" w:space="0" w:color="D9DEE5"/>
              <w:right w:val="single" w:sz="6" w:space="0" w:color="D9DEE5"/>
            </w:tcBorders>
            <w:tcMar>
              <w:top w:w="45" w:type="dxa"/>
              <w:left w:w="70" w:type="dxa"/>
              <w:bottom w:w="45" w:type="dxa"/>
              <w:right w:w="70" w:type="dxa"/>
            </w:tcMar>
          </w:tcPr>
          <w:p w14:paraId="32BAC142" w14:textId="77777777" w:rsidR="0065212D" w:rsidRDefault="00000000" w:rsidP="0065212D">
            <w:pPr>
              <w:jc w:val="center"/>
            </w:pPr>
            <w:sdt>
              <w:sdtPr>
                <w:alias w:val="P1_VRAC_9_2"/>
                <w:tag w:val="P1_VRAC_9_2"/>
                <w:id w:val="279160721"/>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34E2BFE0" w14:textId="5915D5F0" w:rsidR="0065212D" w:rsidRDefault="00000000" w:rsidP="0065212D">
            <w:pPr>
              <w:jc w:val="center"/>
            </w:pPr>
            <w:sdt>
              <w:sdtPr>
                <w:alias w:val="P1_VRAC_9_2"/>
                <w:tag w:val="P1_VRAC_9_2"/>
                <w:id w:val="1336651985"/>
                <w:showingPlcHdr/>
                <w:text/>
              </w:sdtPr>
              <w:sdtContent>
                <w:r w:rsidR="0065212D">
                  <w:rPr>
                    <w:i/>
                    <w:color w:val="7A8088"/>
                    <w:sz w:val="16"/>
                  </w:rPr>
                  <w:t>Saisir</w:t>
                </w:r>
              </w:sdtContent>
            </w:sdt>
          </w:p>
        </w:tc>
        <w:tc>
          <w:tcPr>
            <w:tcW w:w="2127" w:type="dxa"/>
            <w:tcBorders>
              <w:top w:val="single" w:sz="4" w:space="0" w:color="D9DEE5"/>
              <w:left w:val="single" w:sz="6" w:space="0" w:color="D9DEE5"/>
              <w:bottom w:val="dashed" w:sz="4" w:space="0" w:color="D9DEE5"/>
              <w:right w:val="single" w:sz="6" w:space="0" w:color="D9DEE5"/>
            </w:tcBorders>
          </w:tcPr>
          <w:p w14:paraId="79E7C871" w14:textId="4D867CBF" w:rsidR="0065212D" w:rsidRDefault="00000000" w:rsidP="0065212D">
            <w:pPr>
              <w:jc w:val="center"/>
            </w:pPr>
            <w:sdt>
              <w:sdtPr>
                <w:alias w:val="P1_VRAC_9_2"/>
                <w:tag w:val="P1_VRAC_9_2"/>
                <w:id w:val="1748301224"/>
                <w:showingPlcHdr/>
                <w:text/>
              </w:sdtPr>
              <w:sdtContent>
                <w:r w:rsidR="0065212D">
                  <w:rPr>
                    <w:i/>
                    <w:color w:val="7A8088"/>
                    <w:sz w:val="16"/>
                  </w:rPr>
                  <w:t>Saisir</w:t>
                </w:r>
              </w:sdtContent>
            </w:sdt>
          </w:p>
        </w:tc>
      </w:tr>
      <w:tr w:rsidR="0065212D" w14:paraId="419C2019" w14:textId="72EF378C" w:rsidTr="009622B4">
        <w:trPr>
          <w:cantSplit/>
          <w:jc w:val="center"/>
        </w:trPr>
        <w:tc>
          <w:tcPr>
            <w:tcW w:w="1693" w:type="dxa"/>
            <w:vMerge/>
            <w:tcBorders>
              <w:left w:val="single" w:sz="6" w:space="0" w:color="D9DEE5"/>
              <w:bottom w:val="single" w:sz="6" w:space="0" w:color="D9DEE5"/>
              <w:right w:val="single" w:sz="4" w:space="0" w:color="D9DEE5"/>
            </w:tcBorders>
            <w:shd w:val="clear" w:color="auto" w:fill="FAFBFC"/>
            <w:tcMar>
              <w:top w:w="45" w:type="dxa"/>
              <w:left w:w="70" w:type="dxa"/>
              <w:bottom w:w="45" w:type="dxa"/>
              <w:right w:w="70" w:type="dxa"/>
            </w:tcMar>
          </w:tcPr>
          <w:p w14:paraId="0311DE57" w14:textId="181CF1E1" w:rsidR="0065212D" w:rsidRDefault="0065212D" w:rsidP="0065212D"/>
        </w:tc>
        <w:tc>
          <w:tcPr>
            <w:tcW w:w="2268"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5F8B5C69" w14:textId="77777777" w:rsidR="0065212D" w:rsidRDefault="0065212D" w:rsidP="0065212D">
            <w:pPr>
              <w:jc w:val="center"/>
            </w:pPr>
            <w:r>
              <w:rPr>
                <w:rFonts w:eastAsia="Arial"/>
                <w:color w:val="0B1420"/>
                <w:sz w:val="17"/>
              </w:rPr>
              <w:t>Bois mi-sec</w:t>
            </w:r>
          </w:p>
        </w:tc>
        <w:tc>
          <w:tcPr>
            <w:tcW w:w="2127" w:type="dxa"/>
            <w:tcBorders>
              <w:top w:val="dashed" w:sz="4" w:space="0" w:color="D9DEE5"/>
              <w:left w:val="single" w:sz="4" w:space="0" w:color="D9DEE5"/>
              <w:bottom w:val="single" w:sz="4" w:space="0" w:color="D9DEE5"/>
              <w:right w:val="single" w:sz="4" w:space="0" w:color="D9DEE5"/>
            </w:tcBorders>
            <w:shd w:val="clear" w:color="auto" w:fill="FAFBFC"/>
            <w:tcMar>
              <w:top w:w="45" w:type="dxa"/>
              <w:left w:w="70" w:type="dxa"/>
              <w:bottom w:w="45" w:type="dxa"/>
              <w:right w:w="70" w:type="dxa"/>
            </w:tcMar>
          </w:tcPr>
          <w:p w14:paraId="006519D1" w14:textId="77777777" w:rsidR="0065212D" w:rsidRDefault="00000000" w:rsidP="0065212D">
            <w:pPr>
              <w:jc w:val="center"/>
            </w:pPr>
            <w:sdt>
              <w:sdtPr>
                <w:alias w:val="P1_VRAC_10_2"/>
                <w:tag w:val="P1_VRAC_10_2"/>
                <w:id w:val="1831946734"/>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5E32FAEE" w14:textId="2BA81C7A" w:rsidR="0065212D" w:rsidRDefault="00000000" w:rsidP="0065212D">
            <w:pPr>
              <w:jc w:val="center"/>
            </w:pPr>
            <w:sdt>
              <w:sdtPr>
                <w:alias w:val="P1_VRAC_10_2"/>
                <w:tag w:val="P1_VRAC_10_2"/>
                <w:id w:val="1803119347"/>
                <w:showingPlcHdr/>
                <w:text/>
              </w:sdtPr>
              <w:sdtContent>
                <w:r w:rsidR="0065212D">
                  <w:rPr>
                    <w:i/>
                    <w:color w:val="7A8088"/>
                    <w:sz w:val="16"/>
                  </w:rPr>
                  <w:t>Saisir</w:t>
                </w:r>
              </w:sdtContent>
            </w:sdt>
          </w:p>
        </w:tc>
        <w:tc>
          <w:tcPr>
            <w:tcW w:w="2127" w:type="dxa"/>
            <w:tcBorders>
              <w:top w:val="dashed" w:sz="4" w:space="0" w:color="D9DEE5"/>
              <w:left w:val="single" w:sz="4" w:space="0" w:color="D9DEE5"/>
              <w:bottom w:val="single" w:sz="4" w:space="0" w:color="D9DEE5"/>
              <w:right w:val="single" w:sz="4" w:space="0" w:color="D9DEE5"/>
            </w:tcBorders>
            <w:shd w:val="clear" w:color="auto" w:fill="FAFBFC"/>
          </w:tcPr>
          <w:p w14:paraId="64D16D14" w14:textId="3683ACA1" w:rsidR="0065212D" w:rsidRDefault="00000000" w:rsidP="0065212D">
            <w:pPr>
              <w:jc w:val="center"/>
            </w:pPr>
            <w:sdt>
              <w:sdtPr>
                <w:alias w:val="P1_VRAC_10_2"/>
                <w:tag w:val="P1_VRAC_10_2"/>
                <w:id w:val="1993906435"/>
                <w:showingPlcHdr/>
                <w:text/>
              </w:sdtPr>
              <w:sdtContent>
                <w:r w:rsidR="0065212D">
                  <w:rPr>
                    <w:i/>
                    <w:color w:val="7A8088"/>
                    <w:sz w:val="16"/>
                  </w:rPr>
                  <w:t>Saisir</w:t>
                </w:r>
              </w:sdtContent>
            </w:sdt>
          </w:p>
        </w:tc>
      </w:tr>
      <w:tr w:rsidR="0065212D" w14:paraId="3D438136" w14:textId="62F8E717" w:rsidTr="009622B4">
        <w:trPr>
          <w:cantSplit/>
          <w:jc w:val="center"/>
        </w:trPr>
        <w:tc>
          <w:tcPr>
            <w:tcW w:w="1693"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26B7CD71" w14:textId="4682E1F8" w:rsidR="0065212D" w:rsidRDefault="0065212D" w:rsidP="0065212D">
            <w:pPr>
              <w:jc w:val="center"/>
              <w:rPr>
                <w:rFonts w:eastAsia="Arial"/>
                <w:color w:val="0B1420"/>
                <w:sz w:val="17"/>
              </w:rPr>
            </w:pPr>
            <w:r>
              <w:rPr>
                <w:rFonts w:eastAsia="Arial"/>
                <w:color w:val="0B1420"/>
                <w:sz w:val="17"/>
              </w:rPr>
              <w:t>Chutes à refendre</w:t>
            </w:r>
          </w:p>
        </w:tc>
        <w:tc>
          <w:tcPr>
            <w:tcW w:w="2268" w:type="dxa"/>
            <w:tcBorders>
              <w:top w:val="single" w:sz="4"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7451239E" w14:textId="0CFEF270" w:rsidR="0065212D" w:rsidRDefault="0065212D" w:rsidP="0065212D">
            <w:pPr>
              <w:jc w:val="center"/>
              <w:rPr>
                <w:rFonts w:eastAsia="Arial"/>
                <w:color w:val="0B1420"/>
                <w:sz w:val="17"/>
              </w:rPr>
            </w:pPr>
            <w:r>
              <w:rPr>
                <w:rFonts w:eastAsia="Arial"/>
                <w:color w:val="0B1420"/>
                <w:sz w:val="17"/>
              </w:rPr>
              <w:t>Bois mi-sec</w:t>
            </w:r>
          </w:p>
        </w:tc>
        <w:tc>
          <w:tcPr>
            <w:tcW w:w="2127" w:type="dxa"/>
            <w:tcBorders>
              <w:top w:val="single" w:sz="4"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67D04DBF" w14:textId="3DDF6C11" w:rsidR="0065212D" w:rsidRDefault="00000000" w:rsidP="0065212D">
            <w:pPr>
              <w:jc w:val="center"/>
            </w:pPr>
            <w:sdt>
              <w:sdtPr>
                <w:alias w:val="P1_VRAC_10_2"/>
                <w:tag w:val="P1_VRAC_10_2"/>
                <w:id w:val="-751971821"/>
                <w:showingPlcHdr/>
                <w:text/>
              </w:sdtPr>
              <w:sdtContent>
                <w:r w:rsidR="0065212D">
                  <w:rPr>
                    <w:i/>
                    <w:color w:val="7A8088"/>
                    <w:sz w:val="16"/>
                  </w:rPr>
                  <w:t>Saisir</w:t>
                </w:r>
              </w:sdtContent>
            </w:sdt>
          </w:p>
        </w:tc>
        <w:tc>
          <w:tcPr>
            <w:tcW w:w="2127" w:type="dxa"/>
            <w:tcBorders>
              <w:top w:val="single" w:sz="4" w:space="0" w:color="D9DEE5"/>
              <w:left w:val="single" w:sz="6" w:space="0" w:color="D9DEE5"/>
              <w:bottom w:val="single" w:sz="6" w:space="0" w:color="D9DEE5"/>
              <w:right w:val="single" w:sz="6" w:space="0" w:color="D9DEE5"/>
            </w:tcBorders>
            <w:shd w:val="clear" w:color="auto" w:fill="FAFBFC"/>
          </w:tcPr>
          <w:p w14:paraId="01C650C0" w14:textId="740B6CB7" w:rsidR="0065212D" w:rsidRDefault="00000000" w:rsidP="0065212D">
            <w:pPr>
              <w:jc w:val="center"/>
            </w:pPr>
            <w:sdt>
              <w:sdtPr>
                <w:alias w:val="P1_VRAC_10_2"/>
                <w:tag w:val="P1_VRAC_10_2"/>
                <w:id w:val="-692995865"/>
                <w:showingPlcHdr/>
                <w:text/>
              </w:sdtPr>
              <w:sdtContent>
                <w:r w:rsidR="0065212D">
                  <w:rPr>
                    <w:i/>
                    <w:color w:val="7A8088"/>
                    <w:sz w:val="16"/>
                  </w:rPr>
                  <w:t>Saisir</w:t>
                </w:r>
              </w:sdtContent>
            </w:sdt>
          </w:p>
        </w:tc>
        <w:tc>
          <w:tcPr>
            <w:tcW w:w="2127" w:type="dxa"/>
            <w:tcBorders>
              <w:top w:val="single" w:sz="4" w:space="0" w:color="D9DEE5"/>
              <w:left w:val="single" w:sz="6" w:space="0" w:color="D9DEE5"/>
              <w:bottom w:val="single" w:sz="6" w:space="0" w:color="D9DEE5"/>
              <w:right w:val="single" w:sz="6" w:space="0" w:color="D9DEE5"/>
            </w:tcBorders>
            <w:shd w:val="clear" w:color="auto" w:fill="FAFBFC"/>
          </w:tcPr>
          <w:p w14:paraId="30147EBD" w14:textId="2FB8A3F3" w:rsidR="0065212D" w:rsidRDefault="00000000" w:rsidP="0065212D">
            <w:pPr>
              <w:jc w:val="center"/>
            </w:pPr>
            <w:sdt>
              <w:sdtPr>
                <w:alias w:val="P1_VRAC_10_2"/>
                <w:tag w:val="P1_VRAC_10_2"/>
                <w:id w:val="-385574753"/>
                <w:showingPlcHdr/>
                <w:text/>
              </w:sdtPr>
              <w:sdtContent>
                <w:r w:rsidR="0065212D">
                  <w:rPr>
                    <w:i/>
                    <w:color w:val="7A8088"/>
                    <w:sz w:val="16"/>
                  </w:rPr>
                  <w:t>Saisir</w:t>
                </w:r>
              </w:sdtContent>
            </w:sdt>
          </w:p>
        </w:tc>
      </w:tr>
    </w:tbl>
    <w:p w14:paraId="6134E714" w14:textId="77777777" w:rsidR="00540677" w:rsidRDefault="00540677">
      <w:pPr>
        <w:pStyle w:val="LCBSubheading"/>
        <w:keepNext/>
        <w:rPr>
          <w:rFonts w:eastAsia="Arial"/>
          <w:color w:val="FF3E3F"/>
        </w:rPr>
      </w:pPr>
    </w:p>
    <w:p w14:paraId="1D882944" w14:textId="7FB840D4" w:rsidR="00513647" w:rsidRDefault="00000000">
      <w:pPr>
        <w:pStyle w:val="LCBSubheading"/>
        <w:keepNext/>
      </w:pPr>
      <w:r>
        <w:rPr>
          <w:rFonts w:eastAsia="Arial"/>
          <w:color w:val="FF3E3F"/>
        </w:rPr>
        <w:t xml:space="preserve">C. </w:t>
      </w:r>
      <w:r>
        <w:rPr>
          <w:rFonts w:eastAsia="Arial"/>
          <w:color w:val="0B1420"/>
        </w:rPr>
        <w:t>BOIS EN BIG BAG SUR PALETTE</w:t>
      </w:r>
    </w:p>
    <w:tbl>
      <w:tblPr>
        <w:tblW w:w="0" w:type="auto"/>
        <w:jc w:val="center"/>
        <w:tblLayout w:type="fixed"/>
        <w:tblLook w:val="04A0" w:firstRow="1" w:lastRow="0" w:firstColumn="1" w:lastColumn="0" w:noHBand="0" w:noVBand="1"/>
      </w:tblPr>
      <w:tblGrid>
        <w:gridCol w:w="3961"/>
        <w:gridCol w:w="2127"/>
        <w:gridCol w:w="2127"/>
        <w:gridCol w:w="2127"/>
      </w:tblGrid>
      <w:tr w:rsidR="00086609" w14:paraId="5454A8D6" w14:textId="08E74E1E" w:rsidTr="00DC6A6C">
        <w:trPr>
          <w:tblHeader/>
          <w:jc w:val="center"/>
        </w:trPr>
        <w:tc>
          <w:tcPr>
            <w:tcW w:w="3961"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0BA3D0D3" w14:textId="77777777" w:rsidR="00086609" w:rsidRDefault="00086609">
            <w:pPr>
              <w:jc w:val="center"/>
            </w:pPr>
            <w:r>
              <w:rPr>
                <w:rFonts w:eastAsia="Arial"/>
                <w:b/>
                <w:color w:val="FFFFFF"/>
                <w:sz w:val="16"/>
              </w:rPr>
              <w:t>Produit</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02492D1C" w14:textId="77777777" w:rsidR="00086609" w:rsidRDefault="00086609">
            <w:pPr>
              <w:jc w:val="center"/>
              <w:rPr>
                <w:rFonts w:eastAsia="Arial"/>
                <w:b/>
                <w:color w:val="FFFFFF"/>
                <w:sz w:val="16"/>
              </w:rPr>
            </w:pPr>
            <w:r>
              <w:rPr>
                <w:rFonts w:eastAsia="Arial"/>
                <w:b/>
                <w:color w:val="FFFFFF"/>
                <w:sz w:val="16"/>
              </w:rPr>
              <w:t xml:space="preserve">Nombre de big bags </w:t>
            </w:r>
          </w:p>
          <w:p w14:paraId="268EEE32" w14:textId="4A57AC7D" w:rsidR="00086609" w:rsidRDefault="00086609">
            <w:pPr>
              <w:jc w:val="center"/>
            </w:pPr>
            <w:r>
              <w:rPr>
                <w:rFonts w:eastAsia="Arial"/>
                <w:b/>
                <w:color w:val="FFFFFF"/>
                <w:sz w:val="16"/>
              </w:rPr>
              <w:t>Souhaité – Participant 1</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Pr>
          <w:p w14:paraId="628E478A" w14:textId="77777777" w:rsidR="00086609" w:rsidRDefault="00086609" w:rsidP="00086609">
            <w:pPr>
              <w:jc w:val="center"/>
              <w:rPr>
                <w:rFonts w:eastAsia="Arial"/>
                <w:b/>
                <w:color w:val="FFFFFF"/>
                <w:sz w:val="16"/>
              </w:rPr>
            </w:pPr>
            <w:r>
              <w:rPr>
                <w:rFonts w:eastAsia="Arial"/>
                <w:b/>
                <w:color w:val="FFFFFF"/>
                <w:sz w:val="16"/>
              </w:rPr>
              <w:t xml:space="preserve">Nombre de big bags </w:t>
            </w:r>
          </w:p>
          <w:p w14:paraId="2CAC9749" w14:textId="41ABBA91" w:rsidR="00086609" w:rsidRDefault="00086609" w:rsidP="00086609">
            <w:pPr>
              <w:jc w:val="center"/>
              <w:rPr>
                <w:rFonts w:eastAsia="Arial"/>
                <w:b/>
                <w:color w:val="FFFFFF"/>
                <w:sz w:val="16"/>
              </w:rPr>
            </w:pPr>
            <w:r>
              <w:rPr>
                <w:rFonts w:eastAsia="Arial"/>
                <w:b/>
                <w:color w:val="FFFFFF"/>
                <w:sz w:val="16"/>
              </w:rPr>
              <w:t>Souhaité – Participant 2</w:t>
            </w:r>
          </w:p>
        </w:tc>
        <w:tc>
          <w:tcPr>
            <w:tcW w:w="2127" w:type="dxa"/>
            <w:tcBorders>
              <w:top w:val="single" w:sz="6" w:space="0" w:color="D9DEE5"/>
              <w:left w:val="single" w:sz="6" w:space="0" w:color="D9DEE5"/>
              <w:bottom w:val="single" w:sz="6" w:space="0" w:color="D9DEE5"/>
              <w:right w:val="single" w:sz="6" w:space="0" w:color="D9DEE5"/>
            </w:tcBorders>
            <w:shd w:val="clear" w:color="auto" w:fill="0B1420"/>
          </w:tcPr>
          <w:p w14:paraId="74212B62" w14:textId="77777777" w:rsidR="00086609" w:rsidRDefault="00086609" w:rsidP="00086609">
            <w:pPr>
              <w:jc w:val="center"/>
              <w:rPr>
                <w:rFonts w:eastAsia="Arial"/>
                <w:b/>
                <w:color w:val="FFFFFF"/>
                <w:sz w:val="16"/>
              </w:rPr>
            </w:pPr>
            <w:r>
              <w:rPr>
                <w:rFonts w:eastAsia="Arial"/>
                <w:b/>
                <w:color w:val="FFFFFF"/>
                <w:sz w:val="16"/>
              </w:rPr>
              <w:t xml:space="preserve">Nombre de big bags </w:t>
            </w:r>
          </w:p>
          <w:p w14:paraId="7434A2CF" w14:textId="4F50DA54" w:rsidR="00086609" w:rsidRDefault="00086609" w:rsidP="00086609">
            <w:pPr>
              <w:jc w:val="center"/>
              <w:rPr>
                <w:rFonts w:eastAsia="Arial"/>
                <w:b/>
                <w:color w:val="FFFFFF"/>
                <w:sz w:val="16"/>
              </w:rPr>
            </w:pPr>
            <w:r>
              <w:rPr>
                <w:rFonts w:eastAsia="Arial"/>
                <w:b/>
                <w:color w:val="FFFFFF"/>
                <w:sz w:val="16"/>
              </w:rPr>
              <w:t>Souhaité – Participant 3</w:t>
            </w:r>
          </w:p>
        </w:tc>
      </w:tr>
      <w:tr w:rsidR="00086609" w14:paraId="2FBDA50D" w14:textId="2256D07E" w:rsidTr="00DC6A6C">
        <w:trPr>
          <w:cantSplit/>
          <w:jc w:val="center"/>
        </w:trPr>
        <w:tc>
          <w:tcPr>
            <w:tcW w:w="3961"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4EDE0E2E" w14:textId="1F3564D5" w:rsidR="00086609" w:rsidRDefault="00086609" w:rsidP="00086609">
            <w:r>
              <w:rPr>
                <w:rFonts w:eastAsia="Arial"/>
                <w:color w:val="0B1420"/>
                <w:sz w:val="17"/>
              </w:rPr>
              <w:t>Big bag de bois en 25 cm (2 stères)</w:t>
            </w:r>
          </w:p>
        </w:tc>
        <w:tc>
          <w:tcPr>
            <w:tcW w:w="2127"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37D2DEE4" w14:textId="77777777" w:rsidR="00086609" w:rsidRDefault="00000000" w:rsidP="00086609">
            <w:pPr>
              <w:jc w:val="center"/>
            </w:pPr>
            <w:sdt>
              <w:sdtPr>
                <w:alias w:val="P1_BIGBAG_1_1"/>
                <w:tag w:val="P1_BIGBAG_1_1"/>
                <w:id w:val="1799873569"/>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tcPr>
          <w:p w14:paraId="77893DD3" w14:textId="5B93778B" w:rsidR="00086609" w:rsidRDefault="00000000" w:rsidP="00086609">
            <w:pPr>
              <w:jc w:val="center"/>
            </w:pPr>
            <w:sdt>
              <w:sdtPr>
                <w:alias w:val="P1_BIGBAG_1_1"/>
                <w:tag w:val="P1_BIGBAG_1_1"/>
                <w:id w:val="-876547622"/>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tcPr>
          <w:p w14:paraId="6715AF80" w14:textId="37ED020A" w:rsidR="00086609" w:rsidRDefault="00000000" w:rsidP="00086609">
            <w:pPr>
              <w:jc w:val="center"/>
            </w:pPr>
            <w:sdt>
              <w:sdtPr>
                <w:alias w:val="P1_BIGBAG_1_1"/>
                <w:tag w:val="P1_BIGBAG_1_1"/>
                <w:id w:val="-1290044469"/>
                <w:showingPlcHdr/>
                <w:text/>
              </w:sdtPr>
              <w:sdtContent>
                <w:r w:rsidR="00086609">
                  <w:rPr>
                    <w:i/>
                    <w:color w:val="7A8088"/>
                    <w:sz w:val="16"/>
                  </w:rPr>
                  <w:t>Saisir</w:t>
                </w:r>
              </w:sdtContent>
            </w:sdt>
          </w:p>
        </w:tc>
      </w:tr>
      <w:tr w:rsidR="00086609" w14:paraId="29CCA9BC" w14:textId="45FAB869" w:rsidTr="00DC6A6C">
        <w:trPr>
          <w:cantSplit/>
          <w:jc w:val="center"/>
        </w:trPr>
        <w:tc>
          <w:tcPr>
            <w:tcW w:w="3961"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19719D7F" w14:textId="0E4AEBD2" w:rsidR="00086609" w:rsidRDefault="00086609" w:rsidP="00086609">
            <w:r>
              <w:rPr>
                <w:rFonts w:eastAsia="Arial"/>
                <w:color w:val="0B1420"/>
                <w:sz w:val="17"/>
              </w:rPr>
              <w:t>Big bag de bois en 33 cm (1.8 stère)</w:t>
            </w:r>
          </w:p>
        </w:tc>
        <w:tc>
          <w:tcPr>
            <w:tcW w:w="2127"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36B3C656" w14:textId="77777777" w:rsidR="00086609" w:rsidRDefault="00000000" w:rsidP="00086609">
            <w:pPr>
              <w:jc w:val="center"/>
            </w:pPr>
            <w:sdt>
              <w:sdtPr>
                <w:alias w:val="P1_BIGBAG_2_1"/>
                <w:tag w:val="P1_BIGBAG_2_1"/>
                <w:id w:val="754173809"/>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shd w:val="clear" w:color="auto" w:fill="FAFBFC"/>
          </w:tcPr>
          <w:p w14:paraId="3E817819" w14:textId="30D1648A" w:rsidR="00086609" w:rsidRDefault="00000000" w:rsidP="00086609">
            <w:pPr>
              <w:jc w:val="center"/>
            </w:pPr>
            <w:sdt>
              <w:sdtPr>
                <w:alias w:val="P1_BIGBAG_2_1"/>
                <w:tag w:val="P1_BIGBAG_2_1"/>
                <w:id w:val="-2034560408"/>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shd w:val="clear" w:color="auto" w:fill="FAFBFC"/>
          </w:tcPr>
          <w:p w14:paraId="07E93CC3" w14:textId="3F2DA28A" w:rsidR="00086609" w:rsidRDefault="00000000" w:rsidP="00086609">
            <w:pPr>
              <w:jc w:val="center"/>
            </w:pPr>
            <w:sdt>
              <w:sdtPr>
                <w:alias w:val="P1_BIGBAG_2_1"/>
                <w:tag w:val="P1_BIGBAG_2_1"/>
                <w:id w:val="887678708"/>
                <w:showingPlcHdr/>
                <w:text/>
              </w:sdtPr>
              <w:sdtContent>
                <w:r w:rsidR="00086609">
                  <w:rPr>
                    <w:i/>
                    <w:color w:val="7A8088"/>
                    <w:sz w:val="16"/>
                  </w:rPr>
                  <w:t>Saisir</w:t>
                </w:r>
              </w:sdtContent>
            </w:sdt>
          </w:p>
        </w:tc>
      </w:tr>
      <w:tr w:rsidR="00086609" w14:paraId="4FC6575C" w14:textId="19CCCAFA" w:rsidTr="00DC6A6C">
        <w:trPr>
          <w:cantSplit/>
          <w:jc w:val="center"/>
        </w:trPr>
        <w:tc>
          <w:tcPr>
            <w:tcW w:w="3961"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2B9858A1" w14:textId="2C1838C1" w:rsidR="00086609" w:rsidRDefault="00086609" w:rsidP="00086609">
            <w:r>
              <w:rPr>
                <w:rFonts w:eastAsia="Arial"/>
                <w:color w:val="0B1420"/>
                <w:sz w:val="17"/>
              </w:rPr>
              <w:t>Big bag de bois en 40 cm (1.7 stère)</w:t>
            </w:r>
          </w:p>
        </w:tc>
        <w:tc>
          <w:tcPr>
            <w:tcW w:w="2127"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0E8CEF55" w14:textId="77777777" w:rsidR="00086609" w:rsidRDefault="00000000" w:rsidP="00086609">
            <w:pPr>
              <w:jc w:val="center"/>
            </w:pPr>
            <w:sdt>
              <w:sdtPr>
                <w:alias w:val="P1_BIGBAG_3_1"/>
                <w:tag w:val="P1_BIGBAG_3_1"/>
                <w:id w:val="1808800768"/>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tcPr>
          <w:p w14:paraId="60938CE5" w14:textId="7DB29505" w:rsidR="00086609" w:rsidRDefault="00000000" w:rsidP="00086609">
            <w:pPr>
              <w:jc w:val="center"/>
            </w:pPr>
            <w:sdt>
              <w:sdtPr>
                <w:alias w:val="P1_BIGBAG_3_1"/>
                <w:tag w:val="P1_BIGBAG_3_1"/>
                <w:id w:val="-669718059"/>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tcPr>
          <w:p w14:paraId="17911040" w14:textId="7D5F247F" w:rsidR="00086609" w:rsidRDefault="00000000" w:rsidP="00086609">
            <w:pPr>
              <w:jc w:val="center"/>
            </w:pPr>
            <w:sdt>
              <w:sdtPr>
                <w:alias w:val="P1_BIGBAG_3_1"/>
                <w:tag w:val="P1_BIGBAG_3_1"/>
                <w:id w:val="-1451085202"/>
                <w:showingPlcHdr/>
                <w:text/>
              </w:sdtPr>
              <w:sdtContent>
                <w:r w:rsidR="00086609">
                  <w:rPr>
                    <w:i/>
                    <w:color w:val="7A8088"/>
                    <w:sz w:val="16"/>
                  </w:rPr>
                  <w:t>Saisir</w:t>
                </w:r>
              </w:sdtContent>
            </w:sdt>
          </w:p>
        </w:tc>
      </w:tr>
      <w:tr w:rsidR="00086609" w14:paraId="02444A85" w14:textId="33291FAC" w:rsidTr="00DC6A6C">
        <w:trPr>
          <w:cantSplit/>
          <w:jc w:val="center"/>
        </w:trPr>
        <w:tc>
          <w:tcPr>
            <w:tcW w:w="3961"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07124934" w14:textId="76E1A26A" w:rsidR="00086609" w:rsidRDefault="00086609" w:rsidP="00086609">
            <w:r>
              <w:rPr>
                <w:rFonts w:eastAsia="Arial"/>
                <w:color w:val="0B1420"/>
                <w:sz w:val="17"/>
              </w:rPr>
              <w:t>Big bag de bois en 50 cm (1.6 stère)</w:t>
            </w:r>
          </w:p>
        </w:tc>
        <w:tc>
          <w:tcPr>
            <w:tcW w:w="2127"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638F0F21" w14:textId="77777777" w:rsidR="00086609" w:rsidRDefault="00000000" w:rsidP="00086609">
            <w:pPr>
              <w:jc w:val="center"/>
            </w:pPr>
            <w:sdt>
              <w:sdtPr>
                <w:alias w:val="P1_BIGBAG_4_1"/>
                <w:tag w:val="P1_BIGBAG_4_1"/>
                <w:id w:val="1588718820"/>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shd w:val="clear" w:color="auto" w:fill="FAFBFC"/>
          </w:tcPr>
          <w:p w14:paraId="4BB0DAB5" w14:textId="51B68E39" w:rsidR="00086609" w:rsidRDefault="00000000" w:rsidP="00086609">
            <w:pPr>
              <w:jc w:val="center"/>
            </w:pPr>
            <w:sdt>
              <w:sdtPr>
                <w:alias w:val="P1_BIGBAG_4_1"/>
                <w:tag w:val="P1_BIGBAG_4_1"/>
                <w:id w:val="-1911073313"/>
                <w:showingPlcHdr/>
                <w:text/>
              </w:sdtPr>
              <w:sdtContent>
                <w:r w:rsidR="00086609">
                  <w:rPr>
                    <w:i/>
                    <w:color w:val="7A8088"/>
                    <w:sz w:val="16"/>
                  </w:rPr>
                  <w:t>Saisir</w:t>
                </w:r>
              </w:sdtContent>
            </w:sdt>
          </w:p>
        </w:tc>
        <w:tc>
          <w:tcPr>
            <w:tcW w:w="2127" w:type="dxa"/>
            <w:tcBorders>
              <w:top w:val="single" w:sz="6" w:space="0" w:color="D9DEE5"/>
              <w:left w:val="single" w:sz="6" w:space="0" w:color="D9DEE5"/>
              <w:bottom w:val="single" w:sz="6" w:space="0" w:color="D9DEE5"/>
              <w:right w:val="single" w:sz="6" w:space="0" w:color="D9DEE5"/>
            </w:tcBorders>
            <w:shd w:val="clear" w:color="auto" w:fill="FAFBFC"/>
          </w:tcPr>
          <w:p w14:paraId="5AC327B2" w14:textId="5235E1C3" w:rsidR="00086609" w:rsidRDefault="00000000" w:rsidP="00086609">
            <w:pPr>
              <w:jc w:val="center"/>
            </w:pPr>
            <w:sdt>
              <w:sdtPr>
                <w:alias w:val="P1_BIGBAG_4_1"/>
                <w:tag w:val="P1_BIGBAG_4_1"/>
                <w:id w:val="-1945140702"/>
                <w:showingPlcHdr/>
                <w:text/>
              </w:sdtPr>
              <w:sdtContent>
                <w:r w:rsidR="00086609">
                  <w:rPr>
                    <w:i/>
                    <w:color w:val="7A8088"/>
                    <w:sz w:val="16"/>
                  </w:rPr>
                  <w:t>Saisir</w:t>
                </w:r>
              </w:sdtContent>
            </w:sdt>
          </w:p>
        </w:tc>
      </w:tr>
    </w:tbl>
    <w:p w14:paraId="3A7927E3" w14:textId="77777777" w:rsidR="00540677" w:rsidRDefault="00540677">
      <w:pPr>
        <w:pStyle w:val="LCBSubheading"/>
        <w:keepNext/>
        <w:rPr>
          <w:rFonts w:eastAsia="Arial"/>
          <w:color w:val="FF3E3F"/>
        </w:rPr>
      </w:pPr>
    </w:p>
    <w:p w14:paraId="327C6E4B" w14:textId="0770355B" w:rsidR="00513647" w:rsidRDefault="00491BF6">
      <w:pPr>
        <w:pStyle w:val="LCBSubheading"/>
        <w:keepNext/>
      </w:pPr>
      <w:r>
        <w:rPr>
          <w:rFonts w:eastAsia="Arial"/>
          <w:color w:val="FF3E3F"/>
        </w:rPr>
        <w:t xml:space="preserve">D. </w:t>
      </w:r>
      <w:r>
        <w:rPr>
          <w:rFonts w:eastAsia="Arial"/>
          <w:color w:val="0B1420"/>
        </w:rPr>
        <w:t>GRANULÉS DE BOIS</w:t>
      </w:r>
    </w:p>
    <w:tbl>
      <w:tblPr>
        <w:tblW w:w="10340" w:type="dxa"/>
        <w:jc w:val="center"/>
        <w:tblLayout w:type="fixed"/>
        <w:tblLook w:val="04A0" w:firstRow="1" w:lastRow="0" w:firstColumn="1" w:lastColumn="0" w:noHBand="0" w:noVBand="1"/>
      </w:tblPr>
      <w:tblGrid>
        <w:gridCol w:w="2268"/>
        <w:gridCol w:w="2693"/>
        <w:gridCol w:w="2835"/>
        <w:gridCol w:w="2544"/>
      </w:tblGrid>
      <w:tr w:rsidR="00086609" w14:paraId="3B3F194A" w14:textId="165A49CE" w:rsidTr="00A335B1">
        <w:trPr>
          <w:tblHeader/>
          <w:jc w:val="center"/>
        </w:trPr>
        <w:tc>
          <w:tcPr>
            <w:tcW w:w="2268"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6AA00E5B" w14:textId="77777777" w:rsidR="00086609" w:rsidRDefault="00086609">
            <w:pPr>
              <w:jc w:val="center"/>
            </w:pPr>
            <w:r>
              <w:rPr>
                <w:rFonts w:eastAsia="Arial"/>
                <w:b/>
                <w:color w:val="FFFFFF"/>
                <w:sz w:val="16"/>
              </w:rPr>
              <w:t>Produit</w:t>
            </w:r>
          </w:p>
        </w:tc>
        <w:tc>
          <w:tcPr>
            <w:tcW w:w="2693"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49C8EF87" w14:textId="77777777" w:rsidR="00086609" w:rsidRDefault="00086609">
            <w:pPr>
              <w:jc w:val="center"/>
              <w:rPr>
                <w:rFonts w:eastAsia="Arial"/>
                <w:b/>
                <w:color w:val="FFFFFF"/>
                <w:sz w:val="16"/>
              </w:rPr>
            </w:pPr>
            <w:r>
              <w:rPr>
                <w:rFonts w:eastAsia="Arial"/>
                <w:b/>
                <w:color w:val="FFFFFF"/>
                <w:sz w:val="16"/>
              </w:rPr>
              <w:t>Nombre de palettes souhaité</w:t>
            </w:r>
          </w:p>
          <w:p w14:paraId="1953B478" w14:textId="1A3E1795" w:rsidR="00086609" w:rsidRDefault="00086609">
            <w:pPr>
              <w:jc w:val="center"/>
            </w:pPr>
            <w:r>
              <w:rPr>
                <w:rFonts w:eastAsia="Arial"/>
                <w:b/>
                <w:color w:val="FFFFFF"/>
                <w:sz w:val="16"/>
              </w:rPr>
              <w:t>Participant 1</w:t>
            </w:r>
          </w:p>
        </w:tc>
        <w:tc>
          <w:tcPr>
            <w:tcW w:w="2835" w:type="dxa"/>
            <w:tcBorders>
              <w:top w:val="single" w:sz="6" w:space="0" w:color="D9DEE5"/>
              <w:left w:val="single" w:sz="6" w:space="0" w:color="D9DEE5"/>
              <w:bottom w:val="single" w:sz="6" w:space="0" w:color="D9DEE5"/>
              <w:right w:val="single" w:sz="6" w:space="0" w:color="D9DEE5"/>
            </w:tcBorders>
            <w:shd w:val="clear" w:color="auto" w:fill="0B1420"/>
          </w:tcPr>
          <w:p w14:paraId="71CB19AA" w14:textId="77777777" w:rsidR="00086609" w:rsidRDefault="00086609" w:rsidP="00086609">
            <w:pPr>
              <w:jc w:val="center"/>
              <w:rPr>
                <w:rFonts w:eastAsia="Arial"/>
                <w:b/>
                <w:color w:val="FFFFFF"/>
                <w:sz w:val="16"/>
              </w:rPr>
            </w:pPr>
            <w:r>
              <w:rPr>
                <w:rFonts w:eastAsia="Arial"/>
                <w:b/>
                <w:color w:val="FFFFFF"/>
                <w:sz w:val="16"/>
              </w:rPr>
              <w:t>Nombre de palettes souhaité</w:t>
            </w:r>
          </w:p>
          <w:p w14:paraId="20CE12BE" w14:textId="6114304C" w:rsidR="00086609" w:rsidRDefault="00086609" w:rsidP="00086609">
            <w:pPr>
              <w:jc w:val="center"/>
              <w:rPr>
                <w:rFonts w:eastAsia="Arial"/>
                <w:b/>
                <w:color w:val="FFFFFF"/>
                <w:sz w:val="16"/>
              </w:rPr>
            </w:pPr>
            <w:r>
              <w:rPr>
                <w:rFonts w:eastAsia="Arial"/>
                <w:b/>
                <w:color w:val="FFFFFF"/>
                <w:sz w:val="16"/>
              </w:rPr>
              <w:t>Participant 2</w:t>
            </w:r>
          </w:p>
        </w:tc>
        <w:tc>
          <w:tcPr>
            <w:tcW w:w="2544" w:type="dxa"/>
            <w:tcBorders>
              <w:top w:val="single" w:sz="6" w:space="0" w:color="D9DEE5"/>
              <w:left w:val="single" w:sz="6" w:space="0" w:color="D9DEE5"/>
              <w:bottom w:val="single" w:sz="6" w:space="0" w:color="D9DEE5"/>
              <w:right w:val="single" w:sz="6" w:space="0" w:color="D9DEE5"/>
            </w:tcBorders>
            <w:shd w:val="clear" w:color="auto" w:fill="0B1420"/>
          </w:tcPr>
          <w:p w14:paraId="5E8DBBD5" w14:textId="77777777" w:rsidR="00086609" w:rsidRDefault="00086609" w:rsidP="00086609">
            <w:pPr>
              <w:jc w:val="center"/>
              <w:rPr>
                <w:rFonts w:eastAsia="Arial"/>
                <w:b/>
                <w:color w:val="FFFFFF"/>
                <w:sz w:val="16"/>
              </w:rPr>
            </w:pPr>
            <w:r>
              <w:rPr>
                <w:rFonts w:eastAsia="Arial"/>
                <w:b/>
                <w:color w:val="FFFFFF"/>
                <w:sz w:val="16"/>
              </w:rPr>
              <w:t>Nombre de palettes souhaité</w:t>
            </w:r>
          </w:p>
          <w:p w14:paraId="1CB1D1A0" w14:textId="31789DDB" w:rsidR="00086609" w:rsidRDefault="00086609" w:rsidP="00086609">
            <w:pPr>
              <w:jc w:val="center"/>
              <w:rPr>
                <w:rFonts w:eastAsia="Arial"/>
                <w:b/>
                <w:color w:val="FFFFFF"/>
                <w:sz w:val="16"/>
              </w:rPr>
            </w:pPr>
            <w:r>
              <w:rPr>
                <w:rFonts w:eastAsia="Arial"/>
                <w:b/>
                <w:color w:val="FFFFFF"/>
                <w:sz w:val="16"/>
              </w:rPr>
              <w:t>Participant 3</w:t>
            </w:r>
          </w:p>
        </w:tc>
      </w:tr>
      <w:tr w:rsidR="00086609" w14:paraId="66E2ABC7" w14:textId="6CC3AF5A" w:rsidTr="00A335B1">
        <w:trPr>
          <w:cantSplit/>
          <w:jc w:val="center"/>
        </w:trPr>
        <w:tc>
          <w:tcPr>
            <w:tcW w:w="2268"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7EBA0079" w14:textId="77777777" w:rsidR="00086609" w:rsidRDefault="00086609">
            <w:r>
              <w:rPr>
                <w:rFonts w:eastAsia="Arial"/>
                <w:color w:val="0B1420"/>
                <w:sz w:val="17"/>
              </w:rPr>
              <w:t>Granulés de bois</w:t>
            </w:r>
          </w:p>
        </w:tc>
        <w:tc>
          <w:tcPr>
            <w:tcW w:w="2693"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40B124EF" w14:textId="77777777" w:rsidR="00086609" w:rsidRDefault="00000000">
            <w:pPr>
              <w:jc w:val="center"/>
            </w:pPr>
            <w:sdt>
              <w:sdtPr>
                <w:alias w:val="P1_GRANULES_1_1"/>
                <w:tag w:val="P1_GRANULES_1_1"/>
                <w:id w:val="735214738"/>
                <w:showingPlcHdr/>
                <w:text/>
              </w:sdtPr>
              <w:sdtContent>
                <w:r w:rsidR="00086609">
                  <w:rPr>
                    <w:i/>
                    <w:color w:val="7A8088"/>
                    <w:sz w:val="16"/>
                  </w:rPr>
                  <w:t>Saisir</w:t>
                </w:r>
              </w:sdtContent>
            </w:sdt>
          </w:p>
        </w:tc>
        <w:tc>
          <w:tcPr>
            <w:tcW w:w="2835" w:type="dxa"/>
            <w:tcBorders>
              <w:top w:val="single" w:sz="6" w:space="0" w:color="D9DEE5"/>
              <w:left w:val="single" w:sz="6" w:space="0" w:color="D9DEE5"/>
              <w:bottom w:val="single" w:sz="6" w:space="0" w:color="D9DEE5"/>
              <w:right w:val="single" w:sz="6" w:space="0" w:color="D9DEE5"/>
            </w:tcBorders>
          </w:tcPr>
          <w:p w14:paraId="2A2B13CC" w14:textId="4CB12482" w:rsidR="00086609" w:rsidRDefault="00000000">
            <w:pPr>
              <w:jc w:val="center"/>
            </w:pPr>
            <w:sdt>
              <w:sdtPr>
                <w:alias w:val="P1_GRANULES_1_1"/>
                <w:tag w:val="P1_GRANULES_1_1"/>
                <w:id w:val="1629205303"/>
                <w:showingPlcHdr/>
                <w:text/>
              </w:sdtPr>
              <w:sdtContent>
                <w:r w:rsidR="00086609">
                  <w:rPr>
                    <w:i/>
                    <w:color w:val="7A8088"/>
                    <w:sz w:val="16"/>
                  </w:rPr>
                  <w:t>Saisir</w:t>
                </w:r>
              </w:sdtContent>
            </w:sdt>
          </w:p>
        </w:tc>
        <w:tc>
          <w:tcPr>
            <w:tcW w:w="2544" w:type="dxa"/>
            <w:tcBorders>
              <w:top w:val="single" w:sz="6" w:space="0" w:color="D9DEE5"/>
              <w:left w:val="single" w:sz="6" w:space="0" w:color="D9DEE5"/>
              <w:bottom w:val="single" w:sz="6" w:space="0" w:color="D9DEE5"/>
              <w:right w:val="single" w:sz="6" w:space="0" w:color="D9DEE5"/>
            </w:tcBorders>
          </w:tcPr>
          <w:p w14:paraId="51A33593" w14:textId="044C525C" w:rsidR="00086609" w:rsidRDefault="00000000">
            <w:pPr>
              <w:jc w:val="center"/>
            </w:pPr>
            <w:sdt>
              <w:sdtPr>
                <w:alias w:val="P1_GRANULES_1_1"/>
                <w:tag w:val="P1_GRANULES_1_1"/>
                <w:id w:val="-2052833624"/>
                <w:showingPlcHdr/>
                <w:text/>
              </w:sdtPr>
              <w:sdtContent>
                <w:r w:rsidR="00086609">
                  <w:rPr>
                    <w:i/>
                    <w:color w:val="7A8088"/>
                    <w:sz w:val="16"/>
                  </w:rPr>
                  <w:t>Saisir</w:t>
                </w:r>
              </w:sdtContent>
            </w:sdt>
          </w:p>
        </w:tc>
      </w:tr>
    </w:tbl>
    <w:p w14:paraId="00E76805" w14:textId="77777777" w:rsidR="00491BF6" w:rsidRDefault="00491BF6">
      <w:pPr>
        <w:pStyle w:val="LCBSubheading"/>
        <w:keepNext/>
        <w:rPr>
          <w:rFonts w:eastAsia="Arial"/>
          <w:color w:val="FF3E3F"/>
        </w:rPr>
      </w:pPr>
    </w:p>
    <w:p w14:paraId="149F3140" w14:textId="77777777" w:rsidR="00491BF6" w:rsidRDefault="00491BF6">
      <w:pPr>
        <w:pStyle w:val="LCBSubheading"/>
        <w:keepNext/>
        <w:rPr>
          <w:rFonts w:eastAsia="Arial"/>
          <w:color w:val="FF3E3F"/>
        </w:rPr>
      </w:pPr>
    </w:p>
    <w:p w14:paraId="2BBD6319" w14:textId="1677CCCC" w:rsidR="00513647" w:rsidRDefault="00086609">
      <w:pPr>
        <w:pStyle w:val="LCBSubheading"/>
        <w:keepNext/>
      </w:pPr>
      <w:r>
        <w:rPr>
          <w:rFonts w:eastAsia="Arial"/>
          <w:color w:val="FF3E3F"/>
        </w:rPr>
        <w:t>E</w:t>
      </w:r>
      <w:r w:rsidR="00491BF6">
        <w:rPr>
          <w:rFonts w:eastAsia="Arial"/>
          <w:color w:val="FF3E3F"/>
        </w:rPr>
        <w:t xml:space="preserve">. </w:t>
      </w:r>
      <w:r w:rsidR="00491BF6">
        <w:rPr>
          <w:rFonts w:eastAsia="Arial"/>
          <w:color w:val="0B1420"/>
        </w:rPr>
        <w:t>BOIS D’ALLUMAGE</w:t>
      </w:r>
    </w:p>
    <w:tbl>
      <w:tblPr>
        <w:tblW w:w="0" w:type="auto"/>
        <w:jc w:val="center"/>
        <w:tblLayout w:type="fixed"/>
        <w:tblLook w:val="04A0" w:firstRow="1" w:lastRow="0" w:firstColumn="1" w:lastColumn="0" w:noHBand="0" w:noVBand="1"/>
      </w:tblPr>
      <w:tblGrid>
        <w:gridCol w:w="2260"/>
        <w:gridCol w:w="2552"/>
        <w:gridCol w:w="2693"/>
        <w:gridCol w:w="2693"/>
      </w:tblGrid>
      <w:tr w:rsidR="00086609" w14:paraId="747D5AB4" w14:textId="5F8D1745" w:rsidTr="00086609">
        <w:trPr>
          <w:tblHeader/>
          <w:jc w:val="center"/>
        </w:trPr>
        <w:tc>
          <w:tcPr>
            <w:tcW w:w="2260"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1B8F7792" w14:textId="77777777" w:rsidR="00086609" w:rsidRDefault="00086609">
            <w:pPr>
              <w:jc w:val="center"/>
            </w:pPr>
            <w:r>
              <w:rPr>
                <w:rFonts w:eastAsia="Arial"/>
                <w:b/>
                <w:color w:val="FFFFFF"/>
                <w:sz w:val="16"/>
              </w:rPr>
              <w:t>Produit</w:t>
            </w:r>
          </w:p>
        </w:tc>
        <w:tc>
          <w:tcPr>
            <w:tcW w:w="2552"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300C2484" w14:textId="77777777" w:rsidR="00086609" w:rsidRDefault="00086609">
            <w:pPr>
              <w:jc w:val="center"/>
              <w:rPr>
                <w:rFonts w:eastAsia="Arial"/>
                <w:b/>
                <w:color w:val="FFFFFF"/>
                <w:sz w:val="16"/>
              </w:rPr>
            </w:pPr>
            <w:r>
              <w:rPr>
                <w:rFonts w:eastAsia="Arial"/>
                <w:b/>
                <w:color w:val="FFFFFF"/>
                <w:sz w:val="16"/>
              </w:rPr>
              <w:t>Quantité souhaitée</w:t>
            </w:r>
          </w:p>
          <w:p w14:paraId="69EAEC6F" w14:textId="1DC295EB" w:rsidR="00086609" w:rsidRDefault="00086609">
            <w:pPr>
              <w:jc w:val="center"/>
            </w:pPr>
            <w:r>
              <w:rPr>
                <w:rFonts w:eastAsia="Arial"/>
                <w:b/>
                <w:color w:val="FFFFFF"/>
                <w:sz w:val="16"/>
              </w:rPr>
              <w:t>Participant 1</w:t>
            </w:r>
          </w:p>
        </w:tc>
        <w:tc>
          <w:tcPr>
            <w:tcW w:w="2693" w:type="dxa"/>
            <w:tcBorders>
              <w:top w:val="single" w:sz="6" w:space="0" w:color="D9DEE5"/>
              <w:left w:val="single" w:sz="6" w:space="0" w:color="D9DEE5"/>
              <w:bottom w:val="single" w:sz="6" w:space="0" w:color="D9DEE5"/>
              <w:right w:val="single" w:sz="6" w:space="0" w:color="D9DEE5"/>
            </w:tcBorders>
            <w:shd w:val="clear" w:color="auto" w:fill="0B1420"/>
          </w:tcPr>
          <w:p w14:paraId="6B201179" w14:textId="77777777" w:rsidR="00086609" w:rsidRDefault="00086609" w:rsidP="00086609">
            <w:pPr>
              <w:jc w:val="center"/>
              <w:rPr>
                <w:rFonts w:eastAsia="Arial"/>
                <w:b/>
                <w:color w:val="FFFFFF"/>
                <w:sz w:val="16"/>
              </w:rPr>
            </w:pPr>
            <w:r>
              <w:rPr>
                <w:rFonts w:eastAsia="Arial"/>
                <w:b/>
                <w:color w:val="FFFFFF"/>
                <w:sz w:val="16"/>
              </w:rPr>
              <w:t>Quantité souhaitée</w:t>
            </w:r>
          </w:p>
          <w:p w14:paraId="42C29BDE" w14:textId="6E0D4271" w:rsidR="00086609" w:rsidRDefault="00086609" w:rsidP="00086609">
            <w:pPr>
              <w:jc w:val="center"/>
              <w:rPr>
                <w:rFonts w:eastAsia="Arial"/>
                <w:b/>
                <w:color w:val="FFFFFF"/>
                <w:sz w:val="16"/>
              </w:rPr>
            </w:pPr>
            <w:r>
              <w:rPr>
                <w:rFonts w:eastAsia="Arial"/>
                <w:b/>
                <w:color w:val="FFFFFF"/>
                <w:sz w:val="16"/>
              </w:rPr>
              <w:t>Participant 2</w:t>
            </w:r>
          </w:p>
        </w:tc>
        <w:tc>
          <w:tcPr>
            <w:tcW w:w="2693" w:type="dxa"/>
            <w:tcBorders>
              <w:top w:val="single" w:sz="6" w:space="0" w:color="D9DEE5"/>
              <w:left w:val="single" w:sz="6" w:space="0" w:color="D9DEE5"/>
              <w:bottom w:val="single" w:sz="6" w:space="0" w:color="D9DEE5"/>
              <w:right w:val="single" w:sz="6" w:space="0" w:color="D9DEE5"/>
            </w:tcBorders>
            <w:shd w:val="clear" w:color="auto" w:fill="0B1420"/>
          </w:tcPr>
          <w:p w14:paraId="0DBAE536" w14:textId="77777777" w:rsidR="00086609" w:rsidRDefault="00086609" w:rsidP="00086609">
            <w:pPr>
              <w:jc w:val="center"/>
              <w:rPr>
                <w:rFonts w:eastAsia="Arial"/>
                <w:b/>
                <w:color w:val="FFFFFF"/>
                <w:sz w:val="16"/>
              </w:rPr>
            </w:pPr>
            <w:r>
              <w:rPr>
                <w:rFonts w:eastAsia="Arial"/>
                <w:b/>
                <w:color w:val="FFFFFF"/>
                <w:sz w:val="16"/>
              </w:rPr>
              <w:t>Quantité souhaitée</w:t>
            </w:r>
          </w:p>
          <w:p w14:paraId="3EE25968" w14:textId="29CF10D0" w:rsidR="00086609" w:rsidRDefault="00086609" w:rsidP="00086609">
            <w:pPr>
              <w:jc w:val="center"/>
              <w:rPr>
                <w:rFonts w:eastAsia="Arial"/>
                <w:b/>
                <w:color w:val="FFFFFF"/>
                <w:sz w:val="16"/>
              </w:rPr>
            </w:pPr>
            <w:r>
              <w:rPr>
                <w:rFonts w:eastAsia="Arial"/>
                <w:b/>
                <w:color w:val="FFFFFF"/>
                <w:sz w:val="16"/>
              </w:rPr>
              <w:t>Participant 3</w:t>
            </w:r>
          </w:p>
        </w:tc>
      </w:tr>
      <w:tr w:rsidR="00086609" w14:paraId="238D71C5" w14:textId="0C8CC8BF" w:rsidTr="00086609">
        <w:trPr>
          <w:cantSplit/>
          <w:jc w:val="center"/>
        </w:trPr>
        <w:tc>
          <w:tcPr>
            <w:tcW w:w="226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5B5E095C" w14:textId="77777777" w:rsidR="00086609" w:rsidRDefault="00086609">
            <w:pPr>
              <w:rPr>
                <w:rFonts w:eastAsia="Arial"/>
                <w:color w:val="0B1420"/>
                <w:sz w:val="17"/>
              </w:rPr>
            </w:pPr>
            <w:r>
              <w:rPr>
                <w:rFonts w:eastAsia="Arial"/>
                <w:color w:val="0B1420"/>
                <w:sz w:val="17"/>
              </w:rPr>
              <w:t xml:space="preserve">Bois d’allumage </w:t>
            </w:r>
          </w:p>
          <w:p w14:paraId="080D9950" w14:textId="035B29C4" w:rsidR="00086609" w:rsidRDefault="00086609">
            <w:r>
              <w:rPr>
                <w:rFonts w:eastAsia="Arial"/>
                <w:color w:val="0B1420"/>
                <w:sz w:val="17"/>
              </w:rPr>
              <w:t>Premium artisanal</w:t>
            </w:r>
          </w:p>
        </w:tc>
        <w:tc>
          <w:tcPr>
            <w:tcW w:w="2552"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0CBF5786" w14:textId="77777777" w:rsidR="00086609" w:rsidRDefault="00000000">
            <w:pPr>
              <w:jc w:val="center"/>
            </w:pPr>
            <w:sdt>
              <w:sdtPr>
                <w:alias w:val="P1_ALLUMAGE_1_1"/>
                <w:tag w:val="P1_ALLUMAGE_1_1"/>
                <w:id w:val="491105527"/>
                <w:showingPlcHdr/>
                <w:text/>
              </w:sdtPr>
              <w:sdtContent>
                <w:r w:rsidR="00086609">
                  <w:rPr>
                    <w:i/>
                    <w:color w:val="7A8088"/>
                    <w:sz w:val="16"/>
                  </w:rPr>
                  <w:t>Saisir</w:t>
                </w:r>
              </w:sdtContent>
            </w:sdt>
          </w:p>
        </w:tc>
        <w:tc>
          <w:tcPr>
            <w:tcW w:w="2693" w:type="dxa"/>
            <w:tcBorders>
              <w:top w:val="single" w:sz="6" w:space="0" w:color="D9DEE5"/>
              <w:left w:val="single" w:sz="6" w:space="0" w:color="D9DEE5"/>
              <w:bottom w:val="single" w:sz="6" w:space="0" w:color="D9DEE5"/>
              <w:right w:val="single" w:sz="6" w:space="0" w:color="D9DEE5"/>
            </w:tcBorders>
          </w:tcPr>
          <w:p w14:paraId="0FFDF253" w14:textId="63768224" w:rsidR="00086609" w:rsidRDefault="00000000">
            <w:pPr>
              <w:jc w:val="center"/>
            </w:pPr>
            <w:sdt>
              <w:sdtPr>
                <w:alias w:val="P1_ALLUMAGE_1_1"/>
                <w:tag w:val="P1_ALLUMAGE_1_1"/>
                <w:id w:val="1522970380"/>
                <w:showingPlcHdr/>
                <w:text/>
              </w:sdtPr>
              <w:sdtContent>
                <w:r w:rsidR="00086609">
                  <w:rPr>
                    <w:i/>
                    <w:color w:val="7A8088"/>
                    <w:sz w:val="16"/>
                  </w:rPr>
                  <w:t>Saisir</w:t>
                </w:r>
              </w:sdtContent>
            </w:sdt>
          </w:p>
        </w:tc>
        <w:tc>
          <w:tcPr>
            <w:tcW w:w="2693" w:type="dxa"/>
            <w:tcBorders>
              <w:top w:val="single" w:sz="6" w:space="0" w:color="D9DEE5"/>
              <w:left w:val="single" w:sz="6" w:space="0" w:color="D9DEE5"/>
              <w:bottom w:val="single" w:sz="6" w:space="0" w:color="D9DEE5"/>
              <w:right w:val="single" w:sz="6" w:space="0" w:color="D9DEE5"/>
            </w:tcBorders>
          </w:tcPr>
          <w:p w14:paraId="1C4610B4" w14:textId="54F950D3" w:rsidR="00086609" w:rsidRDefault="00000000">
            <w:pPr>
              <w:jc w:val="center"/>
            </w:pPr>
            <w:sdt>
              <w:sdtPr>
                <w:alias w:val="P1_ALLUMAGE_1_1"/>
                <w:tag w:val="P1_ALLUMAGE_1_1"/>
                <w:id w:val="412979507"/>
                <w:showingPlcHdr/>
                <w:text/>
              </w:sdtPr>
              <w:sdtContent>
                <w:r w:rsidR="00086609">
                  <w:rPr>
                    <w:i/>
                    <w:color w:val="7A8088"/>
                    <w:sz w:val="16"/>
                  </w:rPr>
                  <w:t>Saisir</w:t>
                </w:r>
              </w:sdtContent>
            </w:sdt>
          </w:p>
        </w:tc>
      </w:tr>
      <w:tr w:rsidR="00086609" w14:paraId="1A8082EC" w14:textId="46FB85DC" w:rsidTr="00086609">
        <w:trPr>
          <w:cantSplit/>
          <w:jc w:val="center"/>
        </w:trPr>
        <w:tc>
          <w:tcPr>
            <w:tcW w:w="2260"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3FB910D6" w14:textId="3DC4BCB1" w:rsidR="00086609" w:rsidRDefault="00086609">
            <w:pPr>
              <w:rPr>
                <w:rFonts w:eastAsia="Arial"/>
                <w:color w:val="0B1420"/>
                <w:sz w:val="17"/>
              </w:rPr>
            </w:pPr>
            <w:r>
              <w:rPr>
                <w:rFonts w:eastAsia="Arial"/>
                <w:color w:val="0B1420"/>
                <w:sz w:val="17"/>
              </w:rPr>
              <w:t xml:space="preserve">Bois d’allumage classique </w:t>
            </w:r>
          </w:p>
          <w:p w14:paraId="04524DFD" w14:textId="5F46F1DA" w:rsidR="00086609" w:rsidRDefault="00086609">
            <w:r>
              <w:rPr>
                <w:rFonts w:eastAsia="Arial"/>
                <w:color w:val="0B1420"/>
                <w:sz w:val="17"/>
              </w:rPr>
              <w:t>Fabrication industrielle</w:t>
            </w:r>
          </w:p>
        </w:tc>
        <w:tc>
          <w:tcPr>
            <w:tcW w:w="2552"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648697F5" w14:textId="77777777" w:rsidR="00086609" w:rsidRDefault="00000000">
            <w:pPr>
              <w:jc w:val="center"/>
            </w:pPr>
            <w:sdt>
              <w:sdtPr>
                <w:alias w:val="P1_ALLUMAGE_2_1"/>
                <w:tag w:val="P1_ALLUMAGE_2_1"/>
                <w:id w:val="1613354656"/>
                <w:showingPlcHdr/>
                <w:text/>
              </w:sdtPr>
              <w:sdtContent>
                <w:r w:rsidR="00086609">
                  <w:rPr>
                    <w:i/>
                    <w:color w:val="7A8088"/>
                    <w:sz w:val="16"/>
                  </w:rPr>
                  <w:t>Saisir</w:t>
                </w:r>
              </w:sdtContent>
            </w:sdt>
          </w:p>
        </w:tc>
        <w:tc>
          <w:tcPr>
            <w:tcW w:w="2693" w:type="dxa"/>
            <w:tcBorders>
              <w:top w:val="single" w:sz="6" w:space="0" w:color="D9DEE5"/>
              <w:left w:val="single" w:sz="6" w:space="0" w:color="D9DEE5"/>
              <w:bottom w:val="single" w:sz="6" w:space="0" w:color="D9DEE5"/>
              <w:right w:val="single" w:sz="6" w:space="0" w:color="D9DEE5"/>
            </w:tcBorders>
            <w:shd w:val="clear" w:color="auto" w:fill="FAFBFC"/>
          </w:tcPr>
          <w:p w14:paraId="3A4B12CD" w14:textId="51E2FE9E" w:rsidR="00086609" w:rsidRDefault="00000000">
            <w:pPr>
              <w:jc w:val="center"/>
            </w:pPr>
            <w:sdt>
              <w:sdtPr>
                <w:alias w:val="P1_ALLUMAGE_1_1"/>
                <w:tag w:val="P1_ALLUMAGE_1_1"/>
                <w:id w:val="-1462338392"/>
                <w:showingPlcHdr/>
                <w:text/>
              </w:sdtPr>
              <w:sdtContent>
                <w:r w:rsidR="00086609">
                  <w:rPr>
                    <w:i/>
                    <w:color w:val="7A8088"/>
                    <w:sz w:val="16"/>
                  </w:rPr>
                  <w:t>Saisir</w:t>
                </w:r>
              </w:sdtContent>
            </w:sdt>
          </w:p>
        </w:tc>
        <w:tc>
          <w:tcPr>
            <w:tcW w:w="2693" w:type="dxa"/>
            <w:tcBorders>
              <w:top w:val="single" w:sz="6" w:space="0" w:color="D9DEE5"/>
              <w:left w:val="single" w:sz="6" w:space="0" w:color="D9DEE5"/>
              <w:bottom w:val="single" w:sz="6" w:space="0" w:color="D9DEE5"/>
              <w:right w:val="single" w:sz="6" w:space="0" w:color="D9DEE5"/>
            </w:tcBorders>
            <w:shd w:val="clear" w:color="auto" w:fill="FAFBFC"/>
          </w:tcPr>
          <w:p w14:paraId="6D1D200E" w14:textId="0CF9FF24" w:rsidR="00086609" w:rsidRDefault="00000000">
            <w:pPr>
              <w:jc w:val="center"/>
            </w:pPr>
            <w:sdt>
              <w:sdtPr>
                <w:alias w:val="P1_ALLUMAGE_1_1"/>
                <w:tag w:val="P1_ALLUMAGE_1_1"/>
                <w:id w:val="-147057173"/>
                <w:showingPlcHdr/>
                <w:text/>
              </w:sdtPr>
              <w:sdtContent>
                <w:r w:rsidR="00086609">
                  <w:rPr>
                    <w:i/>
                    <w:color w:val="7A8088"/>
                    <w:sz w:val="16"/>
                  </w:rPr>
                  <w:t>Saisir</w:t>
                </w:r>
              </w:sdtContent>
            </w:sdt>
          </w:p>
        </w:tc>
      </w:tr>
    </w:tbl>
    <w:p w14:paraId="4C0FD1CD" w14:textId="77777777" w:rsidR="00491BF6" w:rsidRDefault="00491BF6">
      <w:pPr>
        <w:pStyle w:val="LCBSubheading"/>
        <w:keepNext/>
        <w:rPr>
          <w:rFonts w:eastAsia="Arial"/>
          <w:color w:val="FF3E3F"/>
        </w:rPr>
      </w:pPr>
    </w:p>
    <w:p w14:paraId="4F2B674F" w14:textId="09203E30" w:rsidR="00513647" w:rsidRDefault="00086609">
      <w:pPr>
        <w:pStyle w:val="LCBSubheading"/>
        <w:keepNext/>
      </w:pPr>
      <w:r>
        <w:rPr>
          <w:rFonts w:eastAsia="Arial"/>
          <w:color w:val="FF3E3F"/>
        </w:rPr>
        <w:t>F</w:t>
      </w:r>
      <w:r w:rsidR="00491BF6">
        <w:rPr>
          <w:rFonts w:eastAsia="Arial"/>
          <w:color w:val="FF3E3F"/>
        </w:rPr>
        <w:t xml:space="preserve">. </w:t>
      </w:r>
      <w:r w:rsidR="00491BF6">
        <w:rPr>
          <w:rFonts w:eastAsia="Arial"/>
          <w:color w:val="0B1420"/>
        </w:rPr>
        <w:t>ALLUME-FEU</w:t>
      </w:r>
    </w:p>
    <w:tbl>
      <w:tblPr>
        <w:tblW w:w="0" w:type="auto"/>
        <w:jc w:val="center"/>
        <w:tblLayout w:type="fixed"/>
        <w:tblLook w:val="04A0" w:firstRow="1" w:lastRow="0" w:firstColumn="1" w:lastColumn="0" w:noHBand="0" w:noVBand="1"/>
      </w:tblPr>
      <w:tblGrid>
        <w:gridCol w:w="2410"/>
        <w:gridCol w:w="2552"/>
        <w:gridCol w:w="2552"/>
        <w:gridCol w:w="2552"/>
      </w:tblGrid>
      <w:tr w:rsidR="00086609" w14:paraId="0F135FB2" w14:textId="1EE49791" w:rsidTr="00A335B1">
        <w:trPr>
          <w:tblHeader/>
          <w:jc w:val="center"/>
        </w:trPr>
        <w:tc>
          <w:tcPr>
            <w:tcW w:w="2410"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4F2717CB" w14:textId="77777777" w:rsidR="00086609" w:rsidRDefault="00086609">
            <w:pPr>
              <w:jc w:val="center"/>
            </w:pPr>
            <w:r>
              <w:rPr>
                <w:rFonts w:eastAsia="Arial"/>
                <w:b/>
                <w:color w:val="FFFFFF"/>
                <w:sz w:val="16"/>
              </w:rPr>
              <w:t>Conditionnement</w:t>
            </w:r>
          </w:p>
        </w:tc>
        <w:tc>
          <w:tcPr>
            <w:tcW w:w="2552" w:type="dxa"/>
            <w:tcBorders>
              <w:top w:val="single" w:sz="6" w:space="0" w:color="D9DEE5"/>
              <w:left w:val="single" w:sz="6" w:space="0" w:color="D9DEE5"/>
              <w:bottom w:val="single" w:sz="6" w:space="0" w:color="D9DEE5"/>
              <w:right w:val="single" w:sz="6" w:space="0" w:color="D9DEE5"/>
            </w:tcBorders>
            <w:shd w:val="clear" w:color="auto" w:fill="0B1420"/>
            <w:tcMar>
              <w:top w:w="45" w:type="dxa"/>
              <w:left w:w="70" w:type="dxa"/>
              <w:bottom w:w="45" w:type="dxa"/>
              <w:right w:w="70" w:type="dxa"/>
            </w:tcMar>
          </w:tcPr>
          <w:p w14:paraId="40788B0B" w14:textId="77777777" w:rsidR="00086609" w:rsidRDefault="00086609">
            <w:pPr>
              <w:jc w:val="center"/>
              <w:rPr>
                <w:rFonts w:eastAsia="Arial"/>
                <w:b/>
                <w:color w:val="FFFFFF"/>
                <w:sz w:val="16"/>
              </w:rPr>
            </w:pPr>
            <w:r>
              <w:rPr>
                <w:rFonts w:eastAsia="Arial"/>
                <w:b/>
                <w:color w:val="FFFFFF"/>
                <w:sz w:val="16"/>
              </w:rPr>
              <w:t>Nombre souhaité</w:t>
            </w:r>
          </w:p>
          <w:p w14:paraId="29C89546" w14:textId="2477E0EB" w:rsidR="00086609" w:rsidRDefault="00086609">
            <w:pPr>
              <w:jc w:val="center"/>
            </w:pPr>
            <w:r>
              <w:rPr>
                <w:rFonts w:eastAsia="Arial"/>
                <w:b/>
                <w:color w:val="FFFFFF"/>
                <w:sz w:val="16"/>
              </w:rPr>
              <w:t>Participant 1</w:t>
            </w:r>
          </w:p>
        </w:tc>
        <w:tc>
          <w:tcPr>
            <w:tcW w:w="2552" w:type="dxa"/>
            <w:tcBorders>
              <w:top w:val="single" w:sz="6" w:space="0" w:color="D9DEE5"/>
              <w:left w:val="single" w:sz="6" w:space="0" w:color="D9DEE5"/>
              <w:bottom w:val="single" w:sz="6" w:space="0" w:color="D9DEE5"/>
              <w:right w:val="single" w:sz="6" w:space="0" w:color="D9DEE5"/>
            </w:tcBorders>
            <w:shd w:val="clear" w:color="auto" w:fill="0B1420"/>
          </w:tcPr>
          <w:p w14:paraId="512A9D49" w14:textId="77777777" w:rsidR="00086609" w:rsidRDefault="00086609" w:rsidP="00086609">
            <w:pPr>
              <w:jc w:val="center"/>
              <w:rPr>
                <w:rFonts w:eastAsia="Arial"/>
                <w:b/>
                <w:color w:val="FFFFFF"/>
                <w:sz w:val="16"/>
              </w:rPr>
            </w:pPr>
            <w:r>
              <w:rPr>
                <w:rFonts w:eastAsia="Arial"/>
                <w:b/>
                <w:color w:val="FFFFFF"/>
                <w:sz w:val="16"/>
              </w:rPr>
              <w:t>Nombre souhaité</w:t>
            </w:r>
          </w:p>
          <w:p w14:paraId="42975B96" w14:textId="58F421B5" w:rsidR="00086609" w:rsidRDefault="00086609" w:rsidP="00086609">
            <w:pPr>
              <w:jc w:val="center"/>
              <w:rPr>
                <w:rFonts w:eastAsia="Arial"/>
                <w:b/>
                <w:color w:val="FFFFFF"/>
                <w:sz w:val="16"/>
              </w:rPr>
            </w:pPr>
            <w:r>
              <w:rPr>
                <w:rFonts w:eastAsia="Arial"/>
                <w:b/>
                <w:color w:val="FFFFFF"/>
                <w:sz w:val="16"/>
              </w:rPr>
              <w:t>Participant 2</w:t>
            </w:r>
          </w:p>
        </w:tc>
        <w:tc>
          <w:tcPr>
            <w:tcW w:w="2552" w:type="dxa"/>
            <w:tcBorders>
              <w:top w:val="single" w:sz="6" w:space="0" w:color="D9DEE5"/>
              <w:left w:val="single" w:sz="6" w:space="0" w:color="D9DEE5"/>
              <w:bottom w:val="single" w:sz="6" w:space="0" w:color="D9DEE5"/>
              <w:right w:val="single" w:sz="6" w:space="0" w:color="D9DEE5"/>
            </w:tcBorders>
            <w:shd w:val="clear" w:color="auto" w:fill="0B1420"/>
          </w:tcPr>
          <w:p w14:paraId="28BDFC37" w14:textId="77777777" w:rsidR="00086609" w:rsidRDefault="00086609" w:rsidP="00086609">
            <w:pPr>
              <w:jc w:val="center"/>
              <w:rPr>
                <w:rFonts w:eastAsia="Arial"/>
                <w:b/>
                <w:color w:val="FFFFFF"/>
                <w:sz w:val="16"/>
              </w:rPr>
            </w:pPr>
            <w:r>
              <w:rPr>
                <w:rFonts w:eastAsia="Arial"/>
                <w:b/>
                <w:color w:val="FFFFFF"/>
                <w:sz w:val="16"/>
              </w:rPr>
              <w:t>Nombre souhaité</w:t>
            </w:r>
          </w:p>
          <w:p w14:paraId="43A14F07" w14:textId="612D4BC6" w:rsidR="00086609" w:rsidRDefault="00086609" w:rsidP="00086609">
            <w:pPr>
              <w:jc w:val="center"/>
              <w:rPr>
                <w:rFonts w:eastAsia="Arial"/>
                <w:b/>
                <w:color w:val="FFFFFF"/>
                <w:sz w:val="16"/>
              </w:rPr>
            </w:pPr>
            <w:r>
              <w:rPr>
                <w:rFonts w:eastAsia="Arial"/>
                <w:b/>
                <w:color w:val="FFFFFF"/>
                <w:sz w:val="16"/>
              </w:rPr>
              <w:t>Participant 3</w:t>
            </w:r>
          </w:p>
        </w:tc>
      </w:tr>
      <w:tr w:rsidR="00086609" w14:paraId="7A9CBA83" w14:textId="1E61889A" w:rsidTr="00A335B1">
        <w:trPr>
          <w:cantSplit/>
          <w:jc w:val="center"/>
        </w:trPr>
        <w:tc>
          <w:tcPr>
            <w:tcW w:w="241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754AEB27" w14:textId="77777777" w:rsidR="00086609" w:rsidRDefault="00086609" w:rsidP="00086609">
            <w:r>
              <w:rPr>
                <w:rFonts w:eastAsia="Arial"/>
                <w:color w:val="0B1420"/>
                <w:sz w:val="17"/>
              </w:rPr>
              <w:t>Allume-feu – 1 kg</w:t>
            </w:r>
          </w:p>
        </w:tc>
        <w:tc>
          <w:tcPr>
            <w:tcW w:w="2552"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562C3FE9" w14:textId="77777777" w:rsidR="00086609" w:rsidRDefault="00000000" w:rsidP="00086609">
            <w:pPr>
              <w:jc w:val="center"/>
            </w:pPr>
            <w:sdt>
              <w:sdtPr>
                <w:alias w:val="P1_ALLUMEF_1_1"/>
                <w:tag w:val="P1_ALLUMEF_1_1"/>
                <w:id w:val="861390030"/>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tcPr>
          <w:p w14:paraId="1EC2333F" w14:textId="0967109C" w:rsidR="00086609" w:rsidRDefault="00000000" w:rsidP="00086609">
            <w:pPr>
              <w:jc w:val="center"/>
            </w:pPr>
            <w:sdt>
              <w:sdtPr>
                <w:alias w:val="P1_ALLUMEF_1_1"/>
                <w:tag w:val="P1_ALLUMEF_1_1"/>
                <w:id w:val="-387344354"/>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tcPr>
          <w:p w14:paraId="1B34AD50" w14:textId="7362FF6B" w:rsidR="00086609" w:rsidRDefault="00000000" w:rsidP="00086609">
            <w:pPr>
              <w:jc w:val="center"/>
            </w:pPr>
            <w:sdt>
              <w:sdtPr>
                <w:alias w:val="P1_ALLUMEF_1_1"/>
                <w:tag w:val="P1_ALLUMEF_1_1"/>
                <w:id w:val="-32201582"/>
                <w:showingPlcHdr/>
                <w:text/>
              </w:sdtPr>
              <w:sdtContent>
                <w:r w:rsidR="00086609">
                  <w:rPr>
                    <w:i/>
                    <w:color w:val="7A8088"/>
                    <w:sz w:val="16"/>
                  </w:rPr>
                  <w:t>Saisir</w:t>
                </w:r>
              </w:sdtContent>
            </w:sdt>
          </w:p>
        </w:tc>
      </w:tr>
      <w:tr w:rsidR="00086609" w14:paraId="3F00F486" w14:textId="4EE99D18" w:rsidTr="00A335B1">
        <w:trPr>
          <w:cantSplit/>
          <w:jc w:val="center"/>
        </w:trPr>
        <w:tc>
          <w:tcPr>
            <w:tcW w:w="2410"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69AC30DE" w14:textId="77777777" w:rsidR="00086609" w:rsidRDefault="00086609" w:rsidP="00086609">
            <w:r>
              <w:rPr>
                <w:rFonts w:eastAsia="Arial"/>
                <w:color w:val="0B1420"/>
                <w:sz w:val="17"/>
              </w:rPr>
              <w:t>Allume-feu – 2,5 kg</w:t>
            </w:r>
          </w:p>
        </w:tc>
        <w:tc>
          <w:tcPr>
            <w:tcW w:w="2552"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0DDBA977" w14:textId="77777777" w:rsidR="00086609" w:rsidRDefault="00000000" w:rsidP="00086609">
            <w:pPr>
              <w:jc w:val="center"/>
            </w:pPr>
            <w:sdt>
              <w:sdtPr>
                <w:alias w:val="P1_ALLUMEF_2_1"/>
                <w:tag w:val="P1_ALLUMEF_2_1"/>
                <w:id w:val="1743145574"/>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shd w:val="clear" w:color="auto" w:fill="FAFBFC"/>
          </w:tcPr>
          <w:p w14:paraId="733C830C" w14:textId="1539CBD3" w:rsidR="00086609" w:rsidRDefault="00000000" w:rsidP="00086609">
            <w:pPr>
              <w:jc w:val="center"/>
            </w:pPr>
            <w:sdt>
              <w:sdtPr>
                <w:alias w:val="P1_ALLUMEF_2_1"/>
                <w:tag w:val="P1_ALLUMEF_2_1"/>
                <w:id w:val="-1544980692"/>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shd w:val="clear" w:color="auto" w:fill="FAFBFC"/>
          </w:tcPr>
          <w:p w14:paraId="737C61B0" w14:textId="51C9D182" w:rsidR="00086609" w:rsidRDefault="00000000" w:rsidP="00086609">
            <w:pPr>
              <w:jc w:val="center"/>
            </w:pPr>
            <w:sdt>
              <w:sdtPr>
                <w:alias w:val="P1_ALLUMEF_2_1"/>
                <w:tag w:val="P1_ALLUMEF_2_1"/>
                <w:id w:val="1876582890"/>
                <w:showingPlcHdr/>
                <w:text/>
              </w:sdtPr>
              <w:sdtContent>
                <w:r w:rsidR="00086609">
                  <w:rPr>
                    <w:i/>
                    <w:color w:val="7A8088"/>
                    <w:sz w:val="16"/>
                  </w:rPr>
                  <w:t>Saisir</w:t>
                </w:r>
              </w:sdtContent>
            </w:sdt>
          </w:p>
        </w:tc>
      </w:tr>
      <w:tr w:rsidR="00086609" w14:paraId="5F36CA96" w14:textId="05BC805F" w:rsidTr="00A335B1">
        <w:trPr>
          <w:cantSplit/>
          <w:jc w:val="center"/>
        </w:trPr>
        <w:tc>
          <w:tcPr>
            <w:tcW w:w="2410"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22B19EA9" w14:textId="77777777" w:rsidR="00086609" w:rsidRDefault="00086609" w:rsidP="00086609">
            <w:r>
              <w:rPr>
                <w:rFonts w:eastAsia="Arial"/>
                <w:color w:val="0B1420"/>
                <w:sz w:val="17"/>
              </w:rPr>
              <w:t>Allume-feu – 5 kg</w:t>
            </w:r>
          </w:p>
        </w:tc>
        <w:tc>
          <w:tcPr>
            <w:tcW w:w="2552" w:type="dxa"/>
            <w:tcBorders>
              <w:top w:val="single" w:sz="6" w:space="0" w:color="D9DEE5"/>
              <w:left w:val="single" w:sz="6" w:space="0" w:color="D9DEE5"/>
              <w:bottom w:val="single" w:sz="6" w:space="0" w:color="D9DEE5"/>
              <w:right w:val="single" w:sz="6" w:space="0" w:color="D9DEE5"/>
            </w:tcBorders>
            <w:tcMar>
              <w:top w:w="45" w:type="dxa"/>
              <w:left w:w="70" w:type="dxa"/>
              <w:bottom w:w="45" w:type="dxa"/>
              <w:right w:w="70" w:type="dxa"/>
            </w:tcMar>
          </w:tcPr>
          <w:p w14:paraId="1320750A" w14:textId="77777777" w:rsidR="00086609" w:rsidRDefault="00000000" w:rsidP="00086609">
            <w:pPr>
              <w:jc w:val="center"/>
            </w:pPr>
            <w:sdt>
              <w:sdtPr>
                <w:alias w:val="P1_ALLUMEF_3_1"/>
                <w:tag w:val="P1_ALLUMEF_3_1"/>
                <w:id w:val="685122560"/>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tcPr>
          <w:p w14:paraId="2B95717D" w14:textId="1D9D8B4B" w:rsidR="00086609" w:rsidRDefault="00000000" w:rsidP="00086609">
            <w:pPr>
              <w:jc w:val="center"/>
            </w:pPr>
            <w:sdt>
              <w:sdtPr>
                <w:alias w:val="P1_ALLUMEF_3_1"/>
                <w:tag w:val="P1_ALLUMEF_3_1"/>
                <w:id w:val="-895896379"/>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tcPr>
          <w:p w14:paraId="1F2F8BFF" w14:textId="1212A321" w:rsidR="00086609" w:rsidRDefault="00000000" w:rsidP="00086609">
            <w:pPr>
              <w:jc w:val="center"/>
            </w:pPr>
            <w:sdt>
              <w:sdtPr>
                <w:alias w:val="P1_ALLUMEF_3_1"/>
                <w:tag w:val="P1_ALLUMEF_3_1"/>
                <w:id w:val="-1930571995"/>
                <w:showingPlcHdr/>
                <w:text/>
              </w:sdtPr>
              <w:sdtContent>
                <w:r w:rsidR="00086609">
                  <w:rPr>
                    <w:i/>
                    <w:color w:val="7A8088"/>
                    <w:sz w:val="16"/>
                  </w:rPr>
                  <w:t>Saisir</w:t>
                </w:r>
              </w:sdtContent>
            </w:sdt>
          </w:p>
        </w:tc>
      </w:tr>
      <w:tr w:rsidR="00086609" w14:paraId="0F769CFB" w14:textId="7E1A8954" w:rsidTr="00A335B1">
        <w:trPr>
          <w:cantSplit/>
          <w:jc w:val="center"/>
        </w:trPr>
        <w:tc>
          <w:tcPr>
            <w:tcW w:w="2410"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5406C10C" w14:textId="77777777" w:rsidR="00086609" w:rsidRDefault="00086609" w:rsidP="00086609">
            <w:r>
              <w:rPr>
                <w:rFonts w:eastAsia="Arial"/>
                <w:color w:val="0B1420"/>
                <w:sz w:val="17"/>
              </w:rPr>
              <w:t>Allume-feu – 12,5 kg</w:t>
            </w:r>
          </w:p>
        </w:tc>
        <w:tc>
          <w:tcPr>
            <w:tcW w:w="2552" w:type="dxa"/>
            <w:tcBorders>
              <w:top w:val="single" w:sz="6" w:space="0" w:color="D9DEE5"/>
              <w:left w:val="single" w:sz="6" w:space="0" w:color="D9DEE5"/>
              <w:bottom w:val="single" w:sz="6" w:space="0" w:color="D9DEE5"/>
              <w:right w:val="single" w:sz="6" w:space="0" w:color="D9DEE5"/>
            </w:tcBorders>
            <w:shd w:val="clear" w:color="auto" w:fill="FAFBFC"/>
            <w:tcMar>
              <w:top w:w="45" w:type="dxa"/>
              <w:left w:w="70" w:type="dxa"/>
              <w:bottom w:w="45" w:type="dxa"/>
              <w:right w:w="70" w:type="dxa"/>
            </w:tcMar>
          </w:tcPr>
          <w:p w14:paraId="2228BA0F" w14:textId="77777777" w:rsidR="00086609" w:rsidRDefault="00000000" w:rsidP="00086609">
            <w:pPr>
              <w:jc w:val="center"/>
            </w:pPr>
            <w:sdt>
              <w:sdtPr>
                <w:alias w:val="P1_ALLUMEF_4_1"/>
                <w:tag w:val="P1_ALLUMEF_4_1"/>
                <w:id w:val="1336061185"/>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shd w:val="clear" w:color="auto" w:fill="FAFBFC"/>
          </w:tcPr>
          <w:p w14:paraId="5B135798" w14:textId="03A0DD97" w:rsidR="00086609" w:rsidRDefault="00000000" w:rsidP="00086609">
            <w:pPr>
              <w:jc w:val="center"/>
            </w:pPr>
            <w:sdt>
              <w:sdtPr>
                <w:alias w:val="P1_ALLUMEF_4_1"/>
                <w:tag w:val="P1_ALLUMEF_4_1"/>
                <w:id w:val="2146078355"/>
                <w:showingPlcHdr/>
                <w:text/>
              </w:sdtPr>
              <w:sdtContent>
                <w:r w:rsidR="00086609">
                  <w:rPr>
                    <w:i/>
                    <w:color w:val="7A8088"/>
                    <w:sz w:val="16"/>
                  </w:rPr>
                  <w:t>Saisir</w:t>
                </w:r>
              </w:sdtContent>
            </w:sdt>
          </w:p>
        </w:tc>
        <w:tc>
          <w:tcPr>
            <w:tcW w:w="2552" w:type="dxa"/>
            <w:tcBorders>
              <w:top w:val="single" w:sz="6" w:space="0" w:color="D9DEE5"/>
              <w:left w:val="single" w:sz="6" w:space="0" w:color="D9DEE5"/>
              <w:bottom w:val="single" w:sz="6" w:space="0" w:color="D9DEE5"/>
              <w:right w:val="single" w:sz="6" w:space="0" w:color="D9DEE5"/>
            </w:tcBorders>
            <w:shd w:val="clear" w:color="auto" w:fill="FAFBFC"/>
          </w:tcPr>
          <w:p w14:paraId="10145AA2" w14:textId="21447DDF" w:rsidR="00086609" w:rsidRDefault="00000000" w:rsidP="00086609">
            <w:pPr>
              <w:jc w:val="center"/>
            </w:pPr>
            <w:sdt>
              <w:sdtPr>
                <w:alias w:val="P1_ALLUMEF_4_1"/>
                <w:tag w:val="P1_ALLUMEF_4_1"/>
                <w:id w:val="-535805967"/>
                <w:showingPlcHdr/>
                <w:text/>
              </w:sdtPr>
              <w:sdtContent>
                <w:r w:rsidR="00086609">
                  <w:rPr>
                    <w:i/>
                    <w:color w:val="7A8088"/>
                    <w:sz w:val="16"/>
                  </w:rPr>
                  <w:t>Saisir</w:t>
                </w:r>
              </w:sdtContent>
            </w:sdt>
          </w:p>
        </w:tc>
      </w:tr>
    </w:tbl>
    <w:p w14:paraId="1EEDE66C" w14:textId="77777777" w:rsidR="00540677" w:rsidRDefault="00540677">
      <w:pPr>
        <w:pStyle w:val="LCBSubheading"/>
        <w:keepNext/>
        <w:rPr>
          <w:rFonts w:eastAsia="Arial"/>
          <w:color w:val="FF3E3F"/>
        </w:rPr>
      </w:pPr>
    </w:p>
    <w:p w14:paraId="54710041" w14:textId="4E1CE37B" w:rsidR="00513647" w:rsidRDefault="00086609">
      <w:pPr>
        <w:pStyle w:val="LCBSubheading"/>
        <w:keepNext/>
      </w:pPr>
      <w:r>
        <w:rPr>
          <w:rFonts w:eastAsia="Arial"/>
          <w:color w:val="FF3E3F"/>
        </w:rPr>
        <w:t>G</w:t>
      </w:r>
      <w:r w:rsidR="00540677">
        <w:rPr>
          <w:rFonts w:eastAsia="Arial"/>
          <w:color w:val="FF3E3F"/>
        </w:rPr>
        <w:t xml:space="preserve">. </w:t>
      </w:r>
      <w:r w:rsidR="00540677">
        <w:rPr>
          <w:rFonts w:eastAsia="Arial"/>
          <w:color w:val="0B1420"/>
        </w:rPr>
        <w:t xml:space="preserve">OBSERVATIONS </w:t>
      </w:r>
    </w:p>
    <w:p w14:paraId="0E23AADD" w14:textId="77777777" w:rsidR="00513647" w:rsidRDefault="00000000">
      <w:pPr>
        <w:pStyle w:val="LCBNote"/>
      </w:pPr>
      <w:r>
        <w:t>Indiquez les particularités du lieu de livraison, les contraintes d’accès, les difficultés éventuelles pour le camion, les indications de déchargement et toute autre information utile.</w:t>
      </w:r>
    </w:p>
    <w:tbl>
      <w:tblPr>
        <w:tblW w:w="0" w:type="auto"/>
        <w:jc w:val="center"/>
        <w:tblLook w:val="04A0" w:firstRow="1" w:lastRow="0" w:firstColumn="1" w:lastColumn="0" w:noHBand="0" w:noVBand="1"/>
      </w:tblPr>
      <w:tblGrid>
        <w:gridCol w:w="10262"/>
      </w:tblGrid>
      <w:tr w:rsidR="00513647" w14:paraId="6BC80772" w14:textId="77777777">
        <w:trPr>
          <w:jc w:val="center"/>
        </w:trPr>
        <w:tc>
          <w:tcPr>
            <w:tcW w:w="10262" w:type="dxa"/>
            <w:tcBorders>
              <w:top w:val="single" w:sz="8" w:space="0" w:color="D9DEE5"/>
              <w:left w:val="single" w:sz="8" w:space="0" w:color="D9DEE5"/>
              <w:bottom w:val="single" w:sz="8" w:space="0" w:color="D9DEE5"/>
              <w:right w:val="single" w:sz="8" w:space="0" w:color="D9DEE5"/>
            </w:tcBorders>
            <w:shd w:val="clear" w:color="auto" w:fill="FFFFFF"/>
            <w:tcMar>
              <w:top w:w="160" w:type="dxa"/>
              <w:left w:w="140" w:type="dxa"/>
              <w:bottom w:w="160" w:type="dxa"/>
              <w:right w:w="140" w:type="dxa"/>
            </w:tcMar>
          </w:tcPr>
          <w:p w14:paraId="095E8D52" w14:textId="77777777" w:rsidR="00513647" w:rsidRDefault="00000000">
            <w:sdt>
              <w:sdtPr>
                <w:alias w:val="P1_OBS"/>
                <w:tag w:val="P1_OBS"/>
                <w:id w:val="1411073139"/>
                <w:showingPlcHdr/>
                <w:text w:multiLine="1"/>
              </w:sdtPr>
              <w:sdtContent>
                <w:r>
                  <w:rPr>
                    <w:i/>
                    <w:color w:val="7A8088"/>
                    <w:sz w:val="16"/>
                  </w:rPr>
                  <w:t>Cliquez ici pour saisir vos observations</w:t>
                </w:r>
              </w:sdtContent>
            </w:sdt>
          </w:p>
          <w:p w14:paraId="0B603CA3" w14:textId="77777777" w:rsidR="00513647" w:rsidRDefault="00513647"/>
          <w:p w14:paraId="0602F563" w14:textId="77777777" w:rsidR="00513647" w:rsidRDefault="00513647"/>
          <w:p w14:paraId="3A8C84F9" w14:textId="77777777" w:rsidR="00513647" w:rsidRDefault="00513647"/>
          <w:p w14:paraId="3BD60C2A" w14:textId="77777777" w:rsidR="00513647" w:rsidRDefault="00513647"/>
          <w:p w14:paraId="1D9D7A95" w14:textId="77777777" w:rsidR="00513647" w:rsidRDefault="00513647"/>
          <w:p w14:paraId="3D745901" w14:textId="77777777" w:rsidR="00513647" w:rsidRDefault="00513647"/>
          <w:p w14:paraId="33876204" w14:textId="77777777" w:rsidR="00513647" w:rsidRDefault="00513647"/>
        </w:tc>
      </w:tr>
    </w:tbl>
    <w:p w14:paraId="53819278" w14:textId="18129906" w:rsidR="00513647" w:rsidRDefault="00513647" w:rsidP="00391828"/>
    <w:sectPr w:rsidR="00513647" w:rsidSect="00491BF6">
      <w:footerReference w:type="default" r:id="rId9"/>
      <w:pgSz w:w="11906" w:h="16838"/>
      <w:pgMar w:top="720" w:right="720" w:bottom="720" w:left="720"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74D0" w14:textId="77777777" w:rsidR="00263453" w:rsidRDefault="00263453">
      <w:pPr>
        <w:spacing w:after="0" w:line="240" w:lineRule="auto"/>
      </w:pPr>
      <w:r>
        <w:separator/>
      </w:r>
    </w:p>
  </w:endnote>
  <w:endnote w:type="continuationSeparator" w:id="0">
    <w:p w14:paraId="79CE103F" w14:textId="77777777" w:rsidR="00263453" w:rsidRDefault="00263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500E" w14:textId="77777777" w:rsidR="00513647" w:rsidRDefault="00513647">
    <w:pPr>
      <w:pStyle w:val="Pieddepage"/>
    </w:pPr>
  </w:p>
  <w:tbl>
    <w:tblPr>
      <w:tblW w:w="0" w:type="auto"/>
      <w:jc w:val="center"/>
      <w:tblLayout w:type="fixed"/>
      <w:tblLook w:val="04A0" w:firstRow="1" w:lastRow="0" w:firstColumn="1" w:lastColumn="0" w:noHBand="0" w:noVBand="1"/>
    </w:tblPr>
    <w:tblGrid>
      <w:gridCol w:w="8164"/>
      <w:gridCol w:w="2098"/>
    </w:tblGrid>
    <w:tr w:rsidR="00513647" w14:paraId="67608C16" w14:textId="77777777">
      <w:trPr>
        <w:jc w:val="center"/>
      </w:trPr>
      <w:tc>
        <w:tcPr>
          <w:tcW w:w="8164" w:type="dxa"/>
          <w:tcBorders>
            <w:top w:val="single" w:sz="8" w:space="0" w:color="FF3E3F"/>
            <w:left w:val="nil"/>
            <w:bottom w:val="nil"/>
            <w:right w:val="nil"/>
          </w:tcBorders>
        </w:tcPr>
        <w:p w14:paraId="3DB311E9" w14:textId="77777777" w:rsidR="00513647" w:rsidRDefault="00000000">
          <w:r>
            <w:rPr>
              <w:rFonts w:eastAsia="Arial"/>
              <w:b/>
              <w:color w:val="0B1420"/>
              <w:sz w:val="14"/>
            </w:rPr>
            <w:t>lacentralebois@gmail.com  |  bois-chauffage-rhone.fr</w:t>
          </w:r>
        </w:p>
      </w:tc>
      <w:tc>
        <w:tcPr>
          <w:tcW w:w="2098" w:type="dxa"/>
          <w:tcBorders>
            <w:top w:val="single" w:sz="8" w:space="0" w:color="FF3E3F"/>
            <w:left w:val="nil"/>
            <w:bottom w:val="nil"/>
            <w:right w:val="nil"/>
          </w:tcBorders>
        </w:tcPr>
        <w:p w14:paraId="19C2F5E8" w14:textId="77777777" w:rsidR="00513647" w:rsidRDefault="00000000">
          <w:pPr>
            <w:jc w:val="right"/>
          </w:pPr>
          <w:r>
            <w:rPr>
              <w:rFonts w:eastAsia="Arial"/>
              <w:color w:val="4B5563"/>
              <w:sz w:val="16"/>
            </w:rPr>
            <w:t xml:space="preserve">Page </w:t>
          </w:r>
          <w:r>
            <w:fldChar w:fldCharType="begin"/>
          </w:r>
          <w:r>
            <w:instrText>PAGE</w:instrText>
          </w:r>
          <w:r>
            <w:fldChar w:fldCharType="separate"/>
          </w:r>
          <w:r w:rsidR="00BF37F2">
            <w:rPr>
              <w:noProof/>
            </w:rPr>
            <w:t>1</w:t>
          </w:r>
          <w:r>
            <w:fldChar w:fldCharType="end"/>
          </w:r>
          <w:r>
            <w:rPr>
              <w:rFonts w:eastAsia="Arial"/>
              <w:color w:val="4B5563"/>
              <w:sz w:val="16"/>
            </w:rPr>
            <w:t xml:space="preserve"> / </w:t>
          </w:r>
          <w:r>
            <w:fldChar w:fldCharType="begin"/>
          </w:r>
          <w:r>
            <w:instrText>NUMPAGES</w:instrText>
          </w:r>
          <w:r>
            <w:fldChar w:fldCharType="separate"/>
          </w:r>
          <w:r w:rsidR="00BF37F2">
            <w:rPr>
              <w:noProof/>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0EB2" w14:textId="77777777" w:rsidR="00263453" w:rsidRDefault="00263453">
      <w:pPr>
        <w:spacing w:after="0" w:line="240" w:lineRule="auto"/>
      </w:pPr>
      <w:r>
        <w:separator/>
      </w:r>
    </w:p>
  </w:footnote>
  <w:footnote w:type="continuationSeparator" w:id="0">
    <w:p w14:paraId="13126276" w14:textId="77777777" w:rsidR="00263453" w:rsidRDefault="00263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10443959"/>
    <w:multiLevelType w:val="hybridMultilevel"/>
    <w:tmpl w:val="D5640C06"/>
    <w:lvl w:ilvl="0" w:tplc="19AE9DD0">
      <w:start w:val="1"/>
      <w:numFmt w:val="upperLetter"/>
      <w:lvlText w:val="%1."/>
      <w:lvlJc w:val="left"/>
      <w:pPr>
        <w:ind w:left="720" w:hanging="360"/>
      </w:pPr>
      <w:rPr>
        <w:rFonts w:hint="default"/>
        <w:color w:val="EE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CE91CFB"/>
    <w:multiLevelType w:val="hybridMultilevel"/>
    <w:tmpl w:val="09CC3E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62E34D6"/>
    <w:multiLevelType w:val="hybridMultilevel"/>
    <w:tmpl w:val="6E8A05F4"/>
    <w:lvl w:ilvl="0" w:tplc="C478AE12">
      <w:start w:val="1"/>
      <w:numFmt w:val="upperLetter"/>
      <w:lvlText w:val="%1."/>
      <w:lvlJc w:val="left"/>
      <w:pPr>
        <w:ind w:left="720" w:hanging="360"/>
      </w:pPr>
      <w:rPr>
        <w:rFonts w:hint="default"/>
        <w:color w:val="FF3E3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2E32DA8"/>
    <w:multiLevelType w:val="hybridMultilevel"/>
    <w:tmpl w:val="DF3C7B20"/>
    <w:lvl w:ilvl="0" w:tplc="6EC4DB62">
      <w:start w:val="1"/>
      <w:numFmt w:val="upperLetter"/>
      <w:lvlText w:val="%1."/>
      <w:lvlJc w:val="left"/>
      <w:pPr>
        <w:ind w:left="720" w:hanging="360"/>
      </w:pPr>
      <w:rPr>
        <w:rFonts w:hint="default"/>
        <w:color w:val="FF3E3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05350402">
    <w:abstractNumId w:val="8"/>
  </w:num>
  <w:num w:numId="2" w16cid:durableId="914319025">
    <w:abstractNumId w:val="6"/>
  </w:num>
  <w:num w:numId="3" w16cid:durableId="1606764206">
    <w:abstractNumId w:val="5"/>
  </w:num>
  <w:num w:numId="4" w16cid:durableId="1684240814">
    <w:abstractNumId w:val="4"/>
  </w:num>
  <w:num w:numId="5" w16cid:durableId="60832813">
    <w:abstractNumId w:val="7"/>
  </w:num>
  <w:num w:numId="6" w16cid:durableId="1118257228">
    <w:abstractNumId w:val="3"/>
  </w:num>
  <w:num w:numId="7" w16cid:durableId="910232776">
    <w:abstractNumId w:val="2"/>
  </w:num>
  <w:num w:numId="8" w16cid:durableId="1346857571">
    <w:abstractNumId w:val="1"/>
  </w:num>
  <w:num w:numId="9" w16cid:durableId="879242127">
    <w:abstractNumId w:val="0"/>
  </w:num>
  <w:num w:numId="10" w16cid:durableId="683674098">
    <w:abstractNumId w:val="12"/>
  </w:num>
  <w:num w:numId="11" w16cid:durableId="1978756516">
    <w:abstractNumId w:val="10"/>
  </w:num>
  <w:num w:numId="12" w16cid:durableId="706560961">
    <w:abstractNumId w:val="9"/>
  </w:num>
  <w:num w:numId="13" w16cid:durableId="1812868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CED"/>
    <w:rsid w:val="00086609"/>
    <w:rsid w:val="00086936"/>
    <w:rsid w:val="0015074B"/>
    <w:rsid w:val="00213AC3"/>
    <w:rsid w:val="00263453"/>
    <w:rsid w:val="00285563"/>
    <w:rsid w:val="0029639D"/>
    <w:rsid w:val="00326F90"/>
    <w:rsid w:val="00383AFC"/>
    <w:rsid w:val="00391828"/>
    <w:rsid w:val="00491BF6"/>
    <w:rsid w:val="00513647"/>
    <w:rsid w:val="00540677"/>
    <w:rsid w:val="00635A04"/>
    <w:rsid w:val="0065212D"/>
    <w:rsid w:val="00680001"/>
    <w:rsid w:val="007A3515"/>
    <w:rsid w:val="008F5CA5"/>
    <w:rsid w:val="009622B4"/>
    <w:rsid w:val="009864D0"/>
    <w:rsid w:val="00995EB6"/>
    <w:rsid w:val="009A125D"/>
    <w:rsid w:val="009A1489"/>
    <w:rsid w:val="009B59C9"/>
    <w:rsid w:val="00A335B1"/>
    <w:rsid w:val="00A444CC"/>
    <w:rsid w:val="00AA1D8D"/>
    <w:rsid w:val="00B47730"/>
    <w:rsid w:val="00BF37F2"/>
    <w:rsid w:val="00CB0664"/>
    <w:rsid w:val="00CB0972"/>
    <w:rsid w:val="00E059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08E027"/>
  <w14:defaultImageDpi w14:val="300"/>
  <w15:docId w15:val="{E4A01467-0EB7-49EF-AEDD-788E8259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sz w:val="18"/>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CBBody">
    <w:name w:val="LCB Body"/>
    <w:pPr>
      <w:spacing w:after="100" w:line="252" w:lineRule="auto"/>
    </w:pPr>
    <w:rPr>
      <w:rFonts w:ascii="Arial" w:hAnsi="Arial"/>
      <w:color w:val="0B1420"/>
      <w:sz w:val="18"/>
    </w:rPr>
  </w:style>
  <w:style w:type="paragraph" w:customStyle="1" w:styleId="LCBNote">
    <w:name w:val="LCB Note"/>
    <w:pPr>
      <w:spacing w:after="80"/>
    </w:pPr>
    <w:rPr>
      <w:rFonts w:ascii="Arial" w:hAnsi="Arial"/>
      <w:i/>
      <w:color w:val="4B5563"/>
      <w:sz w:val="16"/>
    </w:rPr>
  </w:style>
  <w:style w:type="paragraph" w:customStyle="1" w:styleId="LCBBullet">
    <w:name w:val="LCB Bullet"/>
    <w:pPr>
      <w:spacing w:after="40"/>
    </w:pPr>
    <w:rPr>
      <w:rFonts w:ascii="Arial" w:hAnsi="Arial"/>
      <w:sz w:val="17"/>
    </w:rPr>
  </w:style>
  <w:style w:type="paragraph" w:customStyle="1" w:styleId="LCBSubheading">
    <w:name w:val="LCB Subheading"/>
    <w:pPr>
      <w:spacing w:before="120" w:after="40"/>
    </w:pPr>
    <w:rPr>
      <w:rFonts w:ascii="Arial" w:hAnsi="Arial"/>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631</Words>
  <Characters>3475</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Formulaire de demande de commande groupée</vt:lpstr>
      <vt:lpstr/>
    </vt:vector>
  </TitlesOfParts>
  <Manager/>
  <Company/>
  <LinksUpToDate>false</LinksUpToDate>
  <CharactersWithSpaces>4098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commande groupée</dc:title>
  <dc:subject>La Centrale Bois – Commandes groupées</dc:subject>
  <dc:creator>La Centrale Bois</dc:creator>
  <cp:keywords>commande groupée, bois de chauffage, granulés, bûches compactées</cp:keywords>
  <dc:description>generated by python-docx</dc:description>
  <cp:lastModifiedBy>Econergie services</cp:lastModifiedBy>
  <cp:revision>8</cp:revision>
  <cp:lastPrinted>2026-08-18T11:33:00Z</cp:lastPrinted>
  <dcterms:created xsi:type="dcterms:W3CDTF">2026-07-28T13:37:00Z</dcterms:created>
  <dcterms:modified xsi:type="dcterms:W3CDTF">2026-08-18T11:34:00Z</dcterms:modified>
  <cp:category/>
</cp:coreProperties>
</file>